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jc w:val="center"/>
      </w:pPr>
      <w:r>
        <w:rPr>
          <w:rFonts w:ascii="Arial" w:hAnsi="Arial" w:eastAsia="Microsoft JhengHei"/>
          <w:b/>
          <w:color w:val="2878FF"/>
          <w:sz w:val="32"/>
        </w:rPr>
        <w:t>Unit 2｜The Movie Looks Exciting</w:t>
      </w:r>
    </w:p>
    <w:p>
      <w:pPr>
        <w:spacing w:after="60"/>
        <w:jc w:val="center"/>
      </w:pPr>
      <w:r>
        <w:rPr>
          <w:rFonts w:ascii="Arial" w:hAnsi="Arial" w:eastAsia="Microsoft JhengHei"/>
          <w:b/>
          <w:color w:val="FF4F9A"/>
          <w:sz w:val="24"/>
        </w:rPr>
        <w:t>隨課學習單｜學生紙本實作版</w:t>
      </w:r>
    </w:p>
    <w:tbl>
      <w:tblPr>
        <w:tblW w:type="dxa" w:w="10318"/>
        <w:jc w:val="center"/>
        <w:tblLayout w:type="fixed"/>
        <w:tblLook w:firstColumn="1" w:firstRow="1" w:lastColumn="0" w:lastRow="0" w:noHBand="0" w:noVBand="1" w:val="04A0"/>
        <w:tblInd w:w="0" w:type="dxa"/>
      </w:tblPr>
      <w:tblGrid>
        <w:gridCol w:w="2551"/>
        <w:gridCol w:w="2891"/>
        <w:gridCol w:w="2268"/>
        <w:gridCol w:w="2608"/>
      </w:tblGrid>
      <w:tr>
        <w:tc>
          <w:tcPr>
            <w:tcW w:type="dxa" w:w="2551"/>
            <w:tcMar>
              <w:top w:w="50" w:type="dxa"/>
              <w:start w:w="65" w:type="dxa"/>
              <w:bottom w:w="50" w:type="dxa"/>
              <w:end w:w="65" w:type="dxa"/>
            </w:tcMar>
          </w:tcPr>
          <w:p>
            <w:r>
              <w:rPr>
                <w:rFonts w:ascii="Arial" w:hAnsi="Arial" w:eastAsia="Microsoft JhengHei"/>
                <w:b/>
                <w:color w:val="17324D"/>
                <w:sz w:val="18"/>
              </w:rPr>
              <w:t>班級：________</w:t>
            </w:r>
          </w:p>
        </w:tc>
        <w:tc>
          <w:tcPr>
            <w:tcW w:type="dxa" w:w="2891"/>
            <w:tcMar>
              <w:top w:w="50" w:type="dxa"/>
              <w:start w:w="65" w:type="dxa"/>
              <w:bottom w:w="50" w:type="dxa"/>
              <w:end w:w="65" w:type="dxa"/>
            </w:tcMar>
          </w:tcPr>
          <w:p>
            <w:r>
              <w:rPr>
                <w:rFonts w:ascii="Arial" w:hAnsi="Arial" w:eastAsia="Microsoft JhengHei"/>
                <w:b/>
                <w:color w:val="17324D"/>
                <w:sz w:val="18"/>
              </w:rPr>
              <w:t>姓名：__________</w:t>
            </w:r>
          </w:p>
        </w:tc>
        <w:tc>
          <w:tcPr>
            <w:tcW w:type="dxa" w:w="2268"/>
            <w:tcMar>
              <w:top w:w="50" w:type="dxa"/>
              <w:start w:w="65" w:type="dxa"/>
              <w:bottom w:w="50" w:type="dxa"/>
              <w:end w:w="65" w:type="dxa"/>
            </w:tcMar>
          </w:tcPr>
          <w:p>
            <w:r>
              <w:rPr>
                <w:rFonts w:ascii="Arial" w:hAnsi="Arial" w:eastAsia="Microsoft JhengHei"/>
                <w:b/>
                <w:color w:val="17324D"/>
                <w:sz w:val="18"/>
              </w:rPr>
              <w:t>座號：______</w:t>
            </w:r>
          </w:p>
        </w:tc>
        <w:tc>
          <w:tcPr>
            <w:tcW w:type="dxa" w:w="2608"/>
            <w:tcMar>
              <w:top w:w="50" w:type="dxa"/>
              <w:start w:w="65" w:type="dxa"/>
              <w:bottom w:w="50" w:type="dxa"/>
              <w:end w:w="65" w:type="dxa"/>
            </w:tcMar>
          </w:tcPr>
          <w:p>
            <w:r>
              <w:rPr>
                <w:rFonts w:ascii="Arial" w:hAnsi="Arial" w:eastAsia="Microsoft JhengHei"/>
                <w:b/>
                <w:color w:val="17324D"/>
                <w:sz w:val="18"/>
              </w:rPr>
              <w:t>日期：__________</w:t>
            </w:r>
          </w:p>
        </w:tc>
      </w:tr>
    </w:tbl>
    <w:tbl>
      <w:tblPr>
        <w:tblW w:type="dxa" w:w="10318"/>
        <w:jc w:val="center"/>
        <w:tblLayout w:type="fixed"/>
        <w:tblLook w:firstColumn="1" w:firstRow="1" w:lastColumn="0" w:lastRow="0" w:noHBand="0" w:noVBand="1" w:val="04A0"/>
        <w:tblInd w:w="0" w:type="dxa"/>
      </w:tblPr>
      <w:tblGrid>
        <w:gridCol w:w="8391"/>
        <w:gridCol w:w="1928"/>
      </w:tblGrid>
      <w:tr>
        <w:tc>
          <w:tcPr>
            <w:tcW w:type="dxa" w:w="8391"/>
            <w:shd w:fill="18BFC3"/>
            <w:tcMar>
              <w:top w:w="75" w:type="dxa"/>
              <w:start w:w="120" w:type="dxa"/>
              <w:bottom w:w="75" w:type="dxa"/>
              <w:end w:w="120" w:type="dxa"/>
            </w:tcMar>
            <w:vAlign w:val="center"/>
          </w:tcPr>
          <w:p>
            <w:r>
              <w:rPr>
                <w:rFonts w:ascii="Arial" w:hAnsi="Arial" w:eastAsia="Microsoft JhengHei"/>
                <w:b/>
                <w:color w:val="FFFFFF"/>
                <w:sz w:val="24"/>
              </w:rPr>
              <w:t>1. HOOK → SOUND｜電影喜好與聽力</w:t>
            </w:r>
          </w:p>
        </w:tc>
        <w:tc>
          <w:tcPr>
            <w:tcW w:type="dxa" w:w="1928"/>
            <w:shd w:fill="18BFC3"/>
            <w:tcMar>
              <w:top w:w="75" w:type="dxa"/>
              <w:start w:w="120" w:type="dxa"/>
              <w:bottom w:w="75" w:type="dxa"/>
              <w:end w:w="120" w:type="dxa"/>
            </w:tcMar>
            <w:vAlign w:val="center"/>
          </w:tcPr>
          <w:p>
            <w:pPr>
              <w:jc w:val="right"/>
            </w:pPr>
            <w:r>
              <w:rPr>
                <w:rFonts w:ascii="Arial" w:hAnsi="Arial" w:eastAsia="Microsoft JhengHei"/>
                <w:b/>
                <w:color w:val="FFFFFF"/>
                <w:sz w:val="21"/>
              </w:rPr>
              <w:t>第 1 節</w:t>
            </w:r>
          </w:p>
        </w:tc>
      </w:tr>
    </w:tbl>
    <w:p>
      <w:pPr>
        <w:spacing w:after="0"/>
      </w:pPr>
    </w:p>
    <w:p>
      <w:pPr>
        <w:spacing w:after="24"/>
      </w:pPr>
      <w:r>
        <w:rPr>
          <w:rFonts w:ascii="Arial" w:hAnsi="Arial" w:eastAsia="Microsoft JhengHei"/>
          <w:b w:val="0"/>
          <w:color w:val="526879"/>
          <w:sz w:val="17"/>
        </w:rPr>
        <w:t>Which movie do you want to see the most? Why?：_______________________________________________________</w:t>
      </w:r>
    </w:p>
    <w:p>
      <w:pPr>
        <w:spacing w:after="24"/>
      </w:pPr>
      <w:r>
        <w:rPr>
          <w:rFonts w:ascii="Arial" w:hAnsi="Arial" w:eastAsia="Microsoft JhengHei"/>
          <w:b/>
          <w:color w:val="17324D"/>
          <w:sz w:val="19"/>
        </w:rPr>
        <w:t>Listening Fill-in｜先聽完整對話，再補關鍵字。</w:t>
      </w:r>
    </w:p>
    <w:p>
      <w:pPr>
        <w:spacing w:after="24"/>
      </w:pPr>
      <w:r>
        <w:rPr>
          <w:rFonts w:ascii="Arial" w:hAnsi="Arial" w:eastAsia="Microsoft JhengHei"/>
          <w:b/>
          <w:color w:val="17324D"/>
          <w:sz w:val="18"/>
        </w:rPr>
        <w:t>1. His acting really ____________ my heart.</w:t>
      </w:r>
    </w:p>
    <w:p>
      <w:pPr>
        <w:spacing w:after="24"/>
      </w:pPr>
      <w:r>
        <w:rPr>
          <w:rFonts w:ascii="Arial" w:hAnsi="Arial" w:eastAsia="Microsoft JhengHei"/>
          <w:b/>
          <w:color w:val="17324D"/>
          <w:sz w:val="18"/>
        </w:rPr>
        <w:t>2. I'm too ____________ to watch it.</w:t>
      </w:r>
    </w:p>
    <w:p>
      <w:pPr>
        <w:spacing w:after="24"/>
      </w:pPr>
      <w:r>
        <w:rPr>
          <w:rFonts w:ascii="Arial" w:hAnsi="Arial" w:eastAsia="Microsoft JhengHei"/>
          <w:b/>
          <w:color w:val="17324D"/>
          <w:sz w:val="18"/>
        </w:rPr>
        <w:t>3. I was so ____________ that I didn't think clearly.</w:t>
      </w:r>
    </w:p>
    <w:tbl>
      <w:tblPr>
        <w:tblW w:type="dxa" w:w="10318"/>
        <w:jc w:val="center"/>
        <w:tblLayout w:type="fixed"/>
        <w:tblLook w:firstColumn="1" w:firstRow="1" w:lastColumn="0" w:lastRow="0" w:noHBand="0" w:noVBand="1" w:val="04A0"/>
        <w:tblInd w:w="0" w:type="dxa"/>
      </w:tblPr>
      <w:tblGrid>
        <w:gridCol w:w="8391"/>
        <w:gridCol w:w="1928"/>
      </w:tblGrid>
      <w:tr>
        <w:tc>
          <w:tcPr>
            <w:tcW w:type="dxa" w:w="8391"/>
            <w:shd w:fill="2878FF"/>
            <w:tcMar>
              <w:top w:w="75" w:type="dxa"/>
              <w:start w:w="120" w:type="dxa"/>
              <w:bottom w:w="75" w:type="dxa"/>
              <w:end w:w="120" w:type="dxa"/>
            </w:tcMar>
            <w:vAlign w:val="center"/>
          </w:tcPr>
          <w:p>
            <w:r>
              <w:rPr>
                <w:rFonts w:ascii="Arial" w:hAnsi="Arial" w:eastAsia="Microsoft JhengHei"/>
                <w:b/>
                <w:color w:val="FFFFFF"/>
                <w:sz w:val="24"/>
              </w:rPr>
              <w:t>2. My New Words｜Dialogue 核心字詞</w:t>
            </w:r>
          </w:p>
        </w:tc>
        <w:tc>
          <w:tcPr>
            <w:tcW w:type="dxa" w:w="1928"/>
            <w:shd w:fill="2878FF"/>
            <w:tcMar>
              <w:top w:w="75" w:type="dxa"/>
              <w:start w:w="120" w:type="dxa"/>
              <w:bottom w:w="75" w:type="dxa"/>
              <w:end w:w="120" w:type="dxa"/>
            </w:tcMar>
            <w:vAlign w:val="center"/>
          </w:tcPr>
          <w:p>
            <w:pPr>
              <w:jc w:val="right"/>
            </w:pPr>
            <w:r>
              <w:rPr>
                <w:rFonts w:ascii="Arial" w:hAnsi="Arial" w:eastAsia="Microsoft JhengHei"/>
                <w:b/>
                <w:color w:val="FFFFFF"/>
                <w:sz w:val="21"/>
              </w:rPr>
              <w:t>MEMORY</w:t>
            </w:r>
          </w:p>
        </w:tc>
      </w:tr>
    </w:tbl>
    <w:p>
      <w:pPr>
        <w:spacing w:after="0"/>
      </w:pPr>
    </w:p>
    <w:tbl>
      <w:tblPr>
        <w:tblW w:type="dxa" w:w="10318"/>
        <w:jc w:val="center"/>
        <w:tblLayout w:type="fixed"/>
        <w:tblLook w:firstColumn="1" w:firstRow="1" w:lastColumn="0" w:lastRow="0" w:noHBand="0" w:noVBand="1" w:val="04A0"/>
        <w:tblInd w:w="0" w:type="dxa"/>
      </w:tblPr>
      <w:tblGrid>
        <w:gridCol w:w="5159"/>
        <w:gridCol w:w="5159"/>
      </w:tblGrid>
      <w:tr>
        <w:tc>
          <w:tcPr>
            <w:tcW w:type="dxa" w:w="5159"/>
            <w:tcMar>
              <w:top w:w="45" w:type="dxa"/>
              <w:start w:w="75" w:type="dxa"/>
              <w:bottom w:w="45" w:type="dxa"/>
              <w:end w:w="75" w:type="dxa"/>
            </w:tcMar>
          </w:tcPr>
          <w:p>
            <w:r>
              <w:rPr>
                <w:rFonts w:ascii="Arial" w:hAnsi="Arial" w:eastAsia="Microsoft JhengHei"/>
                <w:b/>
                <w:color w:val="17324D"/>
                <w:sz w:val="17"/>
              </w:rPr>
              <w:t xml:space="preserve">actor　</w:t>
            </w:r>
            <w:r>
              <w:rPr>
                <w:rFonts w:ascii="Arial" w:hAnsi="Arial" w:eastAsia="Microsoft JhengHei"/>
                <w:b w:val="0"/>
                <w:color w:val="526879"/>
                <w:sz w:val="17"/>
              </w:rPr>
              <w:t>____________</w:t>
            </w:r>
          </w:p>
        </w:tc>
        <w:tc>
          <w:tcPr>
            <w:tcW w:type="dxa" w:w="5159"/>
            <w:tcMar>
              <w:top w:w="45" w:type="dxa"/>
              <w:start w:w="75" w:type="dxa"/>
              <w:bottom w:w="45" w:type="dxa"/>
              <w:end w:w="75" w:type="dxa"/>
            </w:tcMar>
          </w:tcPr>
          <w:p>
            <w:r>
              <w:rPr>
                <w:rFonts w:ascii="Arial" w:hAnsi="Arial" w:eastAsia="Microsoft JhengHei"/>
                <w:b/>
                <w:color w:val="17324D"/>
                <w:sz w:val="17"/>
              </w:rPr>
              <w:t xml:space="preserve">touch one's heart　</w:t>
            </w:r>
            <w:r>
              <w:rPr>
                <w:rFonts w:ascii="Arial" w:hAnsi="Arial" w:eastAsia="Microsoft JhengHei"/>
                <w:b w:val="0"/>
                <w:color w:val="526879"/>
                <w:sz w:val="17"/>
              </w:rPr>
              <w:t>____________</w:t>
            </w:r>
          </w:p>
        </w:tc>
      </w:tr>
      <w:tr>
        <w:tc>
          <w:tcPr>
            <w:tcW w:type="dxa" w:w="5159"/>
            <w:tcMar>
              <w:top w:w="45" w:type="dxa"/>
              <w:start w:w="75" w:type="dxa"/>
              <w:bottom w:w="45" w:type="dxa"/>
              <w:end w:w="75" w:type="dxa"/>
            </w:tcMar>
          </w:tcPr>
          <w:p>
            <w:r>
              <w:rPr>
                <w:rFonts w:ascii="Arial" w:hAnsi="Arial" w:eastAsia="Microsoft JhengHei"/>
                <w:b/>
                <w:color w:val="17324D"/>
                <w:sz w:val="17"/>
              </w:rPr>
              <w:t xml:space="preserve">bored　</w:t>
            </w:r>
            <w:r>
              <w:rPr>
                <w:rFonts w:ascii="Arial" w:hAnsi="Arial" w:eastAsia="Microsoft JhengHei"/>
                <w:b w:val="0"/>
                <w:color w:val="526879"/>
                <w:sz w:val="17"/>
              </w:rPr>
              <w:t>____________</w:t>
            </w:r>
          </w:p>
        </w:tc>
        <w:tc>
          <w:tcPr>
            <w:tcW w:type="dxa" w:w="5159"/>
            <w:tcMar>
              <w:top w:w="45" w:type="dxa"/>
              <w:start w:w="75" w:type="dxa"/>
              <w:bottom w:w="45" w:type="dxa"/>
              <w:end w:w="75" w:type="dxa"/>
            </w:tcMar>
          </w:tcPr>
          <w:p>
            <w:r>
              <w:rPr>
                <w:rFonts w:ascii="Arial" w:hAnsi="Arial" w:eastAsia="Microsoft JhengHei"/>
                <w:b/>
                <w:color w:val="17324D"/>
                <w:sz w:val="17"/>
              </w:rPr>
              <w:t xml:space="preserve">hard-working　</w:t>
            </w:r>
            <w:r>
              <w:rPr>
                <w:rFonts w:ascii="Arial" w:hAnsi="Arial" w:eastAsia="Microsoft JhengHei"/>
                <w:b w:val="0"/>
                <w:color w:val="526879"/>
                <w:sz w:val="17"/>
              </w:rPr>
              <w:t>____________</w:t>
            </w:r>
          </w:p>
        </w:tc>
      </w:tr>
      <w:tr>
        <w:tc>
          <w:tcPr>
            <w:tcW w:type="dxa" w:w="5159"/>
            <w:tcMar>
              <w:top w:w="45" w:type="dxa"/>
              <w:start w:w="75" w:type="dxa"/>
              <w:bottom w:w="45" w:type="dxa"/>
              <w:end w:w="75" w:type="dxa"/>
            </w:tcMar>
          </w:tcPr>
          <w:p>
            <w:r>
              <w:rPr>
                <w:rFonts w:ascii="Arial" w:hAnsi="Arial" w:eastAsia="Microsoft JhengHei"/>
                <w:b/>
                <w:color w:val="17324D"/>
                <w:sz w:val="17"/>
              </w:rPr>
              <w:t xml:space="preserve">several　</w:t>
            </w:r>
            <w:r>
              <w:rPr>
                <w:rFonts w:ascii="Arial" w:hAnsi="Arial" w:eastAsia="Microsoft JhengHei"/>
                <w:b w:val="0"/>
                <w:color w:val="526879"/>
                <w:sz w:val="17"/>
              </w:rPr>
              <w:t>____________</w:t>
            </w:r>
          </w:p>
        </w:tc>
        <w:tc>
          <w:tcPr>
            <w:tcW w:type="dxa" w:w="5159"/>
            <w:tcMar>
              <w:top w:w="45" w:type="dxa"/>
              <w:start w:w="75" w:type="dxa"/>
              <w:bottom w:w="45" w:type="dxa"/>
              <w:end w:w="75" w:type="dxa"/>
            </w:tcMar>
          </w:tcPr>
          <w:p>
            <w:r>
              <w:rPr>
                <w:rFonts w:ascii="Arial" w:hAnsi="Arial" w:eastAsia="Microsoft JhengHei"/>
                <w:b/>
                <w:color w:val="17324D"/>
                <w:sz w:val="17"/>
              </w:rPr>
              <w:t xml:space="preserve">surprised　</w:t>
            </w:r>
            <w:r>
              <w:rPr>
                <w:rFonts w:ascii="Arial" w:hAnsi="Arial" w:eastAsia="Microsoft JhengHei"/>
                <w:b w:val="0"/>
                <w:color w:val="526879"/>
                <w:sz w:val="17"/>
              </w:rPr>
              <w:t>____________</w:t>
            </w:r>
          </w:p>
        </w:tc>
      </w:tr>
      <w:tr>
        <w:tc>
          <w:tcPr>
            <w:tcW w:type="dxa" w:w="5159"/>
            <w:tcMar>
              <w:top w:w="45" w:type="dxa"/>
              <w:start w:w="75" w:type="dxa"/>
              <w:bottom w:w="45" w:type="dxa"/>
              <w:end w:w="75" w:type="dxa"/>
            </w:tcMar>
          </w:tcPr>
          <w:p>
            <w:r>
              <w:rPr>
                <w:rFonts w:ascii="Arial" w:hAnsi="Arial" w:eastAsia="Microsoft JhengHei"/>
                <w:b/>
                <w:color w:val="17324D"/>
                <w:sz w:val="17"/>
              </w:rPr>
              <w:t xml:space="preserve">exciting　</w:t>
            </w:r>
            <w:r>
              <w:rPr>
                <w:rFonts w:ascii="Arial" w:hAnsi="Arial" w:eastAsia="Microsoft JhengHei"/>
                <w:b w:val="0"/>
                <w:color w:val="526879"/>
                <w:sz w:val="17"/>
              </w:rPr>
              <w:t>____________</w:t>
            </w:r>
          </w:p>
        </w:tc>
        <w:tc>
          <w:tcPr>
            <w:tcW w:type="dxa" w:w="5159"/>
            <w:tcMar>
              <w:top w:w="45" w:type="dxa"/>
              <w:start w:w="75" w:type="dxa"/>
              <w:bottom w:w="45" w:type="dxa"/>
              <w:end w:w="75" w:type="dxa"/>
            </w:tcMar>
          </w:tcPr>
          <w:p>
            <w:r>
              <w:rPr>
                <w:rFonts w:ascii="Arial" w:hAnsi="Arial" w:eastAsia="Microsoft JhengHei"/>
                <w:b/>
                <w:color w:val="17324D"/>
                <w:sz w:val="17"/>
              </w:rPr>
              <w:t xml:space="preserve">interested　</w:t>
            </w:r>
            <w:r>
              <w:rPr>
                <w:rFonts w:ascii="Arial" w:hAnsi="Arial" w:eastAsia="Microsoft JhengHei"/>
                <w:b w:val="0"/>
                <w:color w:val="526879"/>
                <w:sz w:val="17"/>
              </w:rPr>
              <w:t>____________</w:t>
            </w:r>
          </w:p>
        </w:tc>
      </w:tr>
      <w:tr>
        <w:tc>
          <w:tcPr>
            <w:tcW w:type="dxa" w:w="5159"/>
            <w:tcMar>
              <w:top w:w="45" w:type="dxa"/>
              <w:start w:w="75" w:type="dxa"/>
              <w:bottom w:w="45" w:type="dxa"/>
              <w:end w:w="75" w:type="dxa"/>
            </w:tcMar>
          </w:tcPr>
          <w:p>
            <w:r>
              <w:rPr>
                <w:rFonts w:ascii="Arial" w:hAnsi="Arial" w:eastAsia="Microsoft JhengHei"/>
                <w:b/>
                <w:color w:val="17324D"/>
                <w:sz w:val="17"/>
              </w:rPr>
              <w:t xml:space="preserve">boring　</w:t>
            </w:r>
            <w:r>
              <w:rPr>
                <w:rFonts w:ascii="Arial" w:hAnsi="Arial" w:eastAsia="Microsoft JhengHei"/>
                <w:b w:val="0"/>
                <w:color w:val="526879"/>
                <w:sz w:val="17"/>
              </w:rPr>
              <w:t>____________</w:t>
            </w:r>
          </w:p>
        </w:tc>
        <w:tc>
          <w:tcPr>
            <w:tcW w:type="dxa" w:w="5159"/>
            <w:tcMar>
              <w:top w:w="45" w:type="dxa"/>
              <w:start w:w="75" w:type="dxa"/>
              <w:bottom w:w="45" w:type="dxa"/>
              <w:end w:w="75" w:type="dxa"/>
            </w:tcMar>
          </w:tcPr>
          <w:p>
            <w:r>
              <w:rPr>
                <w:rFonts w:ascii="Arial" w:hAnsi="Arial" w:eastAsia="Microsoft JhengHei"/>
                <w:b/>
                <w:color w:val="17324D"/>
                <w:sz w:val="17"/>
              </w:rPr>
              <w:t xml:space="preserve">download　</w:t>
            </w:r>
            <w:r>
              <w:rPr>
                <w:rFonts w:ascii="Arial" w:hAnsi="Arial" w:eastAsia="Microsoft JhengHei"/>
                <w:b w:val="0"/>
                <w:color w:val="526879"/>
                <w:sz w:val="17"/>
              </w:rPr>
              <w:t>____________</w:t>
            </w:r>
          </w:p>
        </w:tc>
      </w:tr>
      <w:tr>
        <w:tc>
          <w:tcPr>
            <w:tcW w:type="dxa" w:w="5159"/>
            <w:tcMar>
              <w:top w:w="45" w:type="dxa"/>
              <w:start w:w="75" w:type="dxa"/>
              <w:bottom w:w="45" w:type="dxa"/>
              <w:end w:w="75" w:type="dxa"/>
            </w:tcMar>
          </w:tcPr>
          <w:p>
            <w:r>
              <w:rPr>
                <w:rFonts w:ascii="Arial" w:hAnsi="Arial" w:eastAsia="Microsoft JhengHei"/>
                <w:b/>
                <w:color w:val="17324D"/>
                <w:sz w:val="17"/>
              </w:rPr>
              <w:t xml:space="preserve">pirated　</w:t>
            </w:r>
            <w:r>
              <w:rPr>
                <w:rFonts w:ascii="Arial" w:hAnsi="Arial" w:eastAsia="Microsoft JhengHei"/>
                <w:b w:val="0"/>
                <w:color w:val="526879"/>
                <w:sz w:val="17"/>
              </w:rPr>
              <w:t>____________</w:t>
            </w:r>
          </w:p>
        </w:tc>
        <w:tc>
          <w:tcPr>
            <w:tcW w:type="dxa" w:w="5159"/>
            <w:tcMar>
              <w:top w:w="45" w:type="dxa"/>
              <w:start w:w="75" w:type="dxa"/>
              <w:bottom w:w="45" w:type="dxa"/>
              <w:end w:w="75" w:type="dxa"/>
            </w:tcMar>
          </w:tcPr>
          <w:p>
            <w:r>
              <w:rPr>
                <w:rFonts w:ascii="Arial" w:hAnsi="Arial" w:eastAsia="Microsoft JhengHei"/>
                <w:b/>
                <w:color w:val="17324D"/>
                <w:sz w:val="17"/>
              </w:rPr>
              <w:t xml:space="preserve">book a ticket　</w:t>
            </w:r>
            <w:r>
              <w:rPr>
                <w:rFonts w:ascii="Arial" w:hAnsi="Arial" w:eastAsia="Microsoft JhengHei"/>
                <w:b w:val="0"/>
                <w:color w:val="526879"/>
                <w:sz w:val="17"/>
              </w:rPr>
              <w:t>____________</w:t>
            </w:r>
          </w:p>
        </w:tc>
      </w:tr>
    </w:tbl>
    <w:tbl>
      <w:tblPr>
        <w:tblW w:type="dxa" w:w="10318"/>
        <w:jc w:val="center"/>
        <w:tblLayout w:type="fixed"/>
        <w:tblLook w:firstColumn="1" w:firstRow="1" w:lastColumn="0" w:lastRow="0" w:noHBand="0" w:noVBand="1" w:val="04A0"/>
        <w:tblInd w:w="0" w:type="dxa"/>
      </w:tblPr>
      <w:tblGrid>
        <w:gridCol w:w="8391"/>
        <w:gridCol w:w="1928"/>
      </w:tblGrid>
      <w:tr>
        <w:tc>
          <w:tcPr>
            <w:tcW w:type="dxa" w:w="8391"/>
            <w:shd w:fill="FF4F9A"/>
            <w:tcMar>
              <w:top w:w="75" w:type="dxa"/>
              <w:start w:w="120" w:type="dxa"/>
              <w:bottom w:w="75" w:type="dxa"/>
              <w:end w:w="120" w:type="dxa"/>
            </w:tcMar>
            <w:vAlign w:val="center"/>
          </w:tcPr>
          <w:p>
            <w:r>
              <w:rPr>
                <w:rFonts w:ascii="Arial" w:hAnsi="Arial" w:eastAsia="Microsoft JhengHei"/>
                <w:b/>
                <w:color w:val="FFFFFF"/>
                <w:sz w:val="24"/>
              </w:rPr>
              <w:t>3. Story Link｜The Mystery Movie Night</w:t>
            </w:r>
          </w:p>
        </w:tc>
        <w:tc>
          <w:tcPr>
            <w:tcW w:type="dxa" w:w="1928"/>
            <w:shd w:fill="FF4F9A"/>
            <w:tcMar>
              <w:top w:w="75" w:type="dxa"/>
              <w:start w:w="120" w:type="dxa"/>
              <w:bottom w:w="75" w:type="dxa"/>
              <w:end w:w="120" w:type="dxa"/>
            </w:tcMar>
            <w:vAlign w:val="center"/>
          </w:tcPr>
          <w:p>
            <w:pPr>
              <w:jc w:val="right"/>
            </w:pPr>
            <w:r>
              <w:rPr>
                <w:rFonts w:ascii="Arial" w:hAnsi="Arial" w:eastAsia="Microsoft JhengHei"/>
                <w:b/>
                <w:color w:val="FFFFFF"/>
                <w:sz w:val="21"/>
              </w:rPr>
              <w:t>STORY</w:t>
            </w:r>
          </w:p>
        </w:tc>
      </w:tr>
    </w:tbl>
    <w:p>
      <w:pPr>
        <w:spacing w:after="0"/>
      </w:pPr>
    </w:p>
    <w:p>
      <w:pPr>
        <w:spacing w:after="40"/>
      </w:pPr>
      <w:r>
        <w:rPr>
          <w:rFonts w:ascii="Arial" w:hAnsi="Arial" w:eastAsia="Microsoft JhengHei"/>
          <w:b w:val="0"/>
          <w:color w:val="17324D"/>
          <w:sz w:val="17"/>
        </w:rPr>
        <w:t>Mina invited Leo and Amy to a class movie night. The trailer looked exciting, so everyone wanted to watch it. Leo found a free download link, but Amy was surprised by its strange source. They checked the writer and spelling, and learned that the post was fake. Mina was proud of her friends. They booked official tickets and shared the safe link with their class.</w:t>
      </w:r>
    </w:p>
    <w:p>
      <w:pPr>
        <w:spacing w:after="24"/>
      </w:pPr>
      <w:r>
        <w:rPr>
          <w:rFonts w:ascii="Arial" w:hAnsi="Arial" w:eastAsia="Microsoft JhengHei"/>
          <w:b w:val="0"/>
          <w:color w:val="526879"/>
          <w:sz w:val="17"/>
        </w:rPr>
        <w:t>故事重點：Why didn't they use the free link?：_______________________________________________________</w:t>
      </w:r>
    </w:p>
    <w:p>
      <w:r>
        <w:br w:type="page"/>
      </w:r>
    </w:p>
    <w:tbl>
      <w:tblPr>
        <w:tblW w:type="dxa" w:w="10318"/>
        <w:jc w:val="center"/>
        <w:tblLayout w:type="fixed"/>
        <w:tblLook w:firstColumn="1" w:firstRow="1" w:lastColumn="0" w:lastRow="0" w:noHBand="0" w:noVBand="1" w:val="04A0"/>
        <w:tblInd w:w="0" w:type="dxa"/>
      </w:tblPr>
      <w:tblGrid>
        <w:gridCol w:w="8391"/>
        <w:gridCol w:w="1928"/>
      </w:tblGrid>
      <w:tr>
        <w:tc>
          <w:tcPr>
            <w:tcW w:type="dxa" w:w="8391"/>
            <w:shd w:fill="7C4DFF"/>
            <w:tcMar>
              <w:top w:w="75" w:type="dxa"/>
              <w:start w:w="120" w:type="dxa"/>
              <w:bottom w:w="75" w:type="dxa"/>
              <w:end w:w="120" w:type="dxa"/>
            </w:tcMar>
            <w:vAlign w:val="center"/>
          </w:tcPr>
          <w:p>
            <w:r>
              <w:rPr>
                <w:rFonts w:ascii="Arial" w:hAnsi="Arial" w:eastAsia="Microsoft JhengHei"/>
                <w:b/>
                <w:color w:val="FFFFFF"/>
                <w:sz w:val="24"/>
              </w:rPr>
              <w:t>4. Dialogue 完整原文｜語塊與證據</w:t>
            </w:r>
          </w:p>
        </w:tc>
        <w:tc>
          <w:tcPr>
            <w:tcW w:type="dxa" w:w="1928"/>
            <w:shd w:fill="7C4DFF"/>
            <w:tcMar>
              <w:top w:w="75" w:type="dxa"/>
              <w:start w:w="120" w:type="dxa"/>
              <w:bottom w:w="75" w:type="dxa"/>
              <w:end w:w="120" w:type="dxa"/>
            </w:tcMar>
            <w:vAlign w:val="center"/>
          </w:tcPr>
          <w:p>
            <w:pPr>
              <w:jc w:val="right"/>
            </w:pPr>
            <w:r>
              <w:rPr>
                <w:rFonts w:ascii="Arial" w:hAnsi="Arial" w:eastAsia="Microsoft JhengHei"/>
                <w:b/>
                <w:color w:val="FFFFFF"/>
                <w:sz w:val="21"/>
              </w:rPr>
              <w:t>READ → FIND</w:t>
            </w:r>
          </w:p>
        </w:tc>
      </w:tr>
    </w:tbl>
    <w:p>
      <w:pPr>
        <w:spacing w:after="0"/>
      </w:pPr>
    </w:p>
    <w:p>
      <w:pPr>
        <w:spacing w:after="12"/>
      </w:pPr>
      <w:r>
        <w:rPr>
          <w:rFonts w:ascii="Arial" w:hAnsi="Arial" w:eastAsia="Microsoft JhengHei"/>
          <w:b w:val="0"/>
          <w:color w:val="17324D"/>
          <w:sz w:val="16"/>
        </w:rPr>
        <w:t>Zac: Why are you crying, Mom? Is there anything wrong?</w:t>
      </w:r>
    </w:p>
    <w:p>
      <w:pPr>
        <w:spacing w:after="12"/>
      </w:pPr>
      <w:r>
        <w:rPr>
          <w:rFonts w:ascii="Arial" w:hAnsi="Arial" w:eastAsia="Microsoft JhengHei"/>
          <w:b w:val="0"/>
          <w:color w:val="17324D"/>
          <w:sz w:val="16"/>
        </w:rPr>
        <w:t>Mom: I'm crying because my favorite actor, Ryan Bank, is crying in the movie now. His acting really touches my heart.</w:t>
      </w:r>
    </w:p>
    <w:p>
      <w:pPr>
        <w:spacing w:after="12"/>
      </w:pPr>
      <w:r>
        <w:rPr>
          <w:rFonts w:ascii="Arial" w:hAnsi="Arial" w:eastAsia="Microsoft JhengHei"/>
          <w:b w:val="0"/>
          <w:color w:val="17324D"/>
          <w:sz w:val="16"/>
        </w:rPr>
        <w:t>Zac: That young star? You surprise me, Mom.</w:t>
      </w:r>
    </w:p>
    <w:p>
      <w:pPr>
        <w:spacing w:after="12"/>
      </w:pPr>
      <w:r>
        <w:rPr>
          <w:rFonts w:ascii="Arial" w:hAnsi="Arial" w:eastAsia="Microsoft JhengHei"/>
          <w:b w:val="0"/>
          <w:color w:val="17324D"/>
          <w:sz w:val="16"/>
        </w:rPr>
        <w:t>Mom: Yeah. I'm old enough to be his mom. I'm now a big fan of his. I want to watch all his movies, and I think I'll never be bored with them.</w:t>
      </w:r>
    </w:p>
    <w:p>
      <w:pPr>
        <w:spacing w:after="12"/>
      </w:pPr>
      <w:r>
        <w:rPr>
          <w:rFonts w:ascii="Arial" w:hAnsi="Arial" w:eastAsia="Microsoft JhengHei"/>
          <w:b w:val="0"/>
          <w:color w:val="17324D"/>
          <w:sz w:val="16"/>
        </w:rPr>
        <w:t>Zac: Why do you like him so much?</w:t>
      </w:r>
    </w:p>
    <w:p>
      <w:pPr>
        <w:spacing w:after="12"/>
      </w:pPr>
      <w:r>
        <w:rPr>
          <w:rFonts w:ascii="Arial" w:hAnsi="Arial" w:eastAsia="Microsoft JhengHei"/>
          <w:b w:val="0"/>
          <w:color w:val="17324D"/>
          <w:sz w:val="16"/>
        </w:rPr>
        <w:t>Mom: Well, he is talented and hard-working. Guess what? He has won several awards since he started acting at age eight.</w:t>
      </w:r>
    </w:p>
    <w:p>
      <w:pPr>
        <w:spacing w:after="12"/>
      </w:pPr>
      <w:r>
        <w:rPr>
          <w:rFonts w:ascii="Arial" w:hAnsi="Arial" w:eastAsia="Microsoft JhengHei"/>
          <w:b w:val="0"/>
          <w:color w:val="17324D"/>
          <w:sz w:val="16"/>
        </w:rPr>
        <w:t>Zac: I'm surprised to hear that.</w:t>
      </w:r>
    </w:p>
    <w:p>
      <w:pPr>
        <w:spacing w:after="12"/>
      </w:pPr>
      <w:r>
        <w:rPr>
          <w:rFonts w:ascii="Arial" w:hAnsi="Arial" w:eastAsia="Microsoft JhengHei"/>
          <w:b w:val="0"/>
          <w:color w:val="17324D"/>
          <w:sz w:val="16"/>
        </w:rPr>
        <w:t>Mom: Zac, Ryan Bank's latest movie looks exciting. It's about ghosts in an old castle. I want to watch it, but your dad doesn't.</w:t>
      </w:r>
    </w:p>
    <w:p>
      <w:pPr>
        <w:spacing w:after="12"/>
      </w:pPr>
      <w:r>
        <w:rPr>
          <w:rFonts w:ascii="Arial" w:hAnsi="Arial" w:eastAsia="Microsoft JhengHei"/>
          <w:b w:val="0"/>
          <w:color w:val="17324D"/>
          <w:sz w:val="16"/>
        </w:rPr>
        <w:t>Zac: That's not surprising. Dad hates scary movies.</w:t>
      </w:r>
    </w:p>
    <w:p>
      <w:pPr>
        <w:spacing w:after="12"/>
      </w:pPr>
      <w:r>
        <w:rPr>
          <w:rFonts w:ascii="Arial" w:hAnsi="Arial" w:eastAsia="Microsoft JhengHei"/>
          <w:b w:val="0"/>
          <w:color w:val="17324D"/>
          <w:sz w:val="16"/>
        </w:rPr>
        <w:t>Mom: What about you? Are you interested in watching it?</w:t>
      </w:r>
    </w:p>
    <w:p>
      <w:pPr>
        <w:spacing w:after="12"/>
      </w:pPr>
      <w:r>
        <w:rPr>
          <w:rFonts w:ascii="Arial" w:hAnsi="Arial" w:eastAsia="Microsoft JhengHei"/>
          <w:b w:val="0"/>
          <w:color w:val="17324D"/>
          <w:sz w:val="16"/>
        </w:rPr>
        <w:t>Zac: I'll pass. Scary movies are boring to me. Besides, it says this movie is not for people under 18. I'm too young to watch it.</w:t>
      </w:r>
    </w:p>
    <w:p>
      <w:pPr>
        <w:spacing w:after="12"/>
      </w:pPr>
      <w:r>
        <w:rPr>
          <w:rFonts w:ascii="Arial" w:hAnsi="Arial" w:eastAsia="Microsoft JhengHei"/>
          <w:b w:val="0"/>
          <w:color w:val="17324D"/>
          <w:sz w:val="16"/>
        </w:rPr>
        <w:t>Mom: Oh! I didn't see that.</w:t>
      </w:r>
    </w:p>
    <w:p>
      <w:pPr>
        <w:spacing w:after="12"/>
      </w:pPr>
      <w:r>
        <w:rPr>
          <w:rFonts w:ascii="Arial" w:hAnsi="Arial" w:eastAsia="Microsoft JhengHei"/>
          <w:b w:val="0"/>
          <w:color w:val="17324D"/>
          <w:sz w:val="16"/>
        </w:rPr>
        <w:t>Zac: Wait. This movie is in theaters now. Why are you downloading it from the Internet? We shouldn't watch pirated movies, should we?</w:t>
      </w:r>
    </w:p>
    <w:p>
      <w:pPr>
        <w:spacing w:after="12"/>
      </w:pPr>
      <w:r>
        <w:rPr>
          <w:rFonts w:ascii="Arial" w:hAnsi="Arial" w:eastAsia="Microsoft JhengHei"/>
          <w:b w:val="0"/>
          <w:color w:val="17324D"/>
          <w:sz w:val="16"/>
        </w:rPr>
        <w:t>Mom: Sorry, I set a bad example. I was so excited that I didn't think clearly. I'll go book a ticket online.</w:t>
      </w:r>
    </w:p>
    <w:p>
      <w:pPr>
        <w:spacing w:after="12"/>
      </w:pPr>
      <w:r>
        <w:rPr>
          <w:rFonts w:ascii="Arial" w:hAnsi="Arial" w:eastAsia="Microsoft JhengHei"/>
          <w:b w:val="0"/>
          <w:color w:val="17324D"/>
          <w:sz w:val="16"/>
        </w:rPr>
        <w:t>Zac: I'm proud of you, Mom.</w:t>
      </w:r>
    </w:p>
    <w:p>
      <w:pPr>
        <w:spacing w:after="60"/>
      </w:pPr>
      <w:r>
        <w:rPr>
          <w:rFonts w:ascii="Arial" w:hAnsi="Arial" w:eastAsia="Microsoft JhengHei"/>
          <w:b/>
          <w:color w:val="FF4F9A"/>
          <w:sz w:val="19"/>
        </w:rPr>
        <w:t xml:space="preserve">Directions: </w:t>
      </w:r>
      <w:r>
        <w:rPr>
          <w:rFonts w:ascii="Arial" w:hAnsi="Arial" w:eastAsia="Microsoft JhengHei"/>
          <w:b w:val="0"/>
          <w:color w:val="17324D"/>
          <w:sz w:val="19"/>
        </w:rPr>
        <w:t xml:space="preserve">Mark the evidence, not every word. </w:t>
      </w:r>
      <w:r>
        <w:rPr>
          <w:rFonts w:ascii="Arial" w:hAnsi="Arial" w:eastAsia="Microsoft JhengHei"/>
          <w:b w:val="0"/>
          <w:color w:val="526879"/>
          <w:sz w:val="19"/>
        </w:rPr>
        <w:t>圈出原因與最後行動；綠色＝語塊、黃色＝介系詞、淡紅＝文法。</w:t>
      </w:r>
    </w:p>
    <w:p>
      <w:pPr>
        <w:spacing w:after="24"/>
      </w:pPr>
      <w:r>
        <w:rPr>
          <w:rFonts w:ascii="Arial" w:hAnsi="Arial" w:eastAsia="Microsoft JhengHei"/>
          <w:b w:val="0"/>
          <w:color w:val="526879"/>
          <w:sz w:val="17"/>
        </w:rPr>
        <w:t>Detective Reading 1. Why does Mom like Ryan Bank?：_______________________________________________________</w:t>
      </w:r>
    </w:p>
    <w:p>
      <w:pPr>
        <w:spacing w:after="24"/>
      </w:pPr>
      <w:r>
        <w:rPr>
          <w:rFonts w:ascii="Arial" w:hAnsi="Arial" w:eastAsia="Microsoft JhengHei"/>
          <w:b w:val="0"/>
          <w:color w:val="526879"/>
          <w:sz w:val="17"/>
        </w:rPr>
        <w:t>Detective Reading 2. Why does Zac pass?：_______________________________________________________</w:t>
      </w:r>
    </w:p>
    <w:p>
      <w:pPr>
        <w:spacing w:after="24"/>
      </w:pPr>
      <w:r>
        <w:rPr>
          <w:rFonts w:ascii="Arial" w:hAnsi="Arial" w:eastAsia="Microsoft JhengHei"/>
          <w:b w:val="0"/>
          <w:color w:val="526879"/>
          <w:sz w:val="17"/>
        </w:rPr>
        <w:t>Detective Reading 3. How does Mom correct her mistake?：_______________________________________________________</w:t>
      </w:r>
    </w:p>
    <w:tbl>
      <w:tblPr>
        <w:tblW w:type="dxa" w:w="10318"/>
        <w:jc w:val="center"/>
        <w:tblLayout w:type="fixed"/>
        <w:tblLook w:firstColumn="1" w:firstRow="1" w:lastColumn="0" w:lastRow="0" w:noHBand="0" w:noVBand="1" w:val="04A0"/>
        <w:tblInd w:w="0" w:type="dxa"/>
      </w:tblPr>
      <w:tblGrid>
        <w:gridCol w:w="8391"/>
        <w:gridCol w:w="1928"/>
      </w:tblGrid>
      <w:tr>
        <w:tc>
          <w:tcPr>
            <w:tcW w:type="dxa" w:w="8391"/>
            <w:shd w:fill="18BFC3"/>
            <w:tcMar>
              <w:top w:w="75" w:type="dxa"/>
              <w:start w:w="120" w:type="dxa"/>
              <w:bottom w:w="75" w:type="dxa"/>
              <w:end w:w="120" w:type="dxa"/>
            </w:tcMar>
            <w:vAlign w:val="center"/>
          </w:tcPr>
          <w:p>
            <w:r>
              <w:rPr>
                <w:rFonts w:ascii="Arial" w:hAnsi="Arial" w:eastAsia="Microsoft JhengHei"/>
                <w:b/>
                <w:color w:val="FFFFFF"/>
                <w:sz w:val="24"/>
              </w:rPr>
              <w:t>5. Inviting People｜Pair Mission</w:t>
            </w:r>
          </w:p>
        </w:tc>
        <w:tc>
          <w:tcPr>
            <w:tcW w:type="dxa" w:w="1928"/>
            <w:shd w:fill="18BFC3"/>
            <w:tcMar>
              <w:top w:w="75" w:type="dxa"/>
              <w:start w:w="120" w:type="dxa"/>
              <w:bottom w:w="75" w:type="dxa"/>
              <w:end w:w="120" w:type="dxa"/>
            </w:tcMar>
            <w:vAlign w:val="center"/>
          </w:tcPr>
          <w:p>
            <w:pPr>
              <w:jc w:val="right"/>
            </w:pPr>
            <w:r>
              <w:rPr>
                <w:rFonts w:ascii="Arial" w:hAnsi="Arial" w:eastAsia="Microsoft JhengHei"/>
                <w:b/>
                <w:color w:val="FFFFFF"/>
                <w:sz w:val="21"/>
              </w:rPr>
              <w:t>PAIR → ACT</w:t>
            </w:r>
          </w:p>
        </w:tc>
      </w:tr>
    </w:tbl>
    <w:p>
      <w:pPr>
        <w:spacing w:after="0"/>
      </w:pPr>
    </w:p>
    <w:p>
      <w:pPr>
        <w:spacing w:after="24"/>
      </w:pPr>
      <w:r>
        <w:rPr>
          <w:rFonts w:ascii="Arial" w:hAnsi="Arial" w:eastAsia="Microsoft JhengHei"/>
          <w:b/>
          <w:color w:val="17324D"/>
          <w:sz w:val="18"/>
        </w:rPr>
        <w:t>A: Would you like to / Are you interested in __________________________?</w:t>
      </w:r>
    </w:p>
    <w:p>
      <w:pPr>
        <w:spacing w:after="24"/>
      </w:pPr>
      <w:r>
        <w:rPr>
          <w:rFonts w:ascii="Arial" w:hAnsi="Arial" w:eastAsia="Microsoft JhengHei"/>
          <w:b/>
          <w:color w:val="17324D"/>
          <w:sz w:val="18"/>
        </w:rPr>
        <w:t>B: Sure. ____________________ / I'll pass. ____________________________.</w:t>
      </w:r>
    </w:p>
    <w:p>
      <w:r>
        <w:br w:type="page"/>
      </w:r>
    </w:p>
    <w:tbl>
      <w:tblPr>
        <w:tblW w:type="dxa" w:w="10318"/>
        <w:jc w:val="center"/>
        <w:tblLayout w:type="fixed"/>
        <w:tblLook w:firstColumn="1" w:firstRow="1" w:lastColumn="0" w:lastRow="0" w:noHBand="0" w:noVBand="1" w:val="04A0"/>
        <w:tblInd w:w="0" w:type="dxa"/>
      </w:tblPr>
      <w:tblGrid>
        <w:gridCol w:w="8391"/>
        <w:gridCol w:w="1928"/>
      </w:tblGrid>
      <w:tr>
        <w:tc>
          <w:tcPr>
            <w:tcW w:type="dxa" w:w="8391"/>
            <w:shd w:fill="FF4F9A"/>
            <w:tcMar>
              <w:top w:w="75" w:type="dxa"/>
              <w:start w:w="120" w:type="dxa"/>
              <w:bottom w:w="75" w:type="dxa"/>
              <w:end w:w="120" w:type="dxa"/>
            </w:tcMar>
            <w:vAlign w:val="center"/>
          </w:tcPr>
          <w:p>
            <w:r>
              <w:rPr>
                <w:rFonts w:ascii="Arial" w:hAnsi="Arial" w:eastAsia="Microsoft JhengHei"/>
                <w:b/>
                <w:color w:val="FFFFFF"/>
                <w:sz w:val="24"/>
              </w:rPr>
              <w:t>6. Theme Words｜Horror Movies</w:t>
            </w:r>
          </w:p>
        </w:tc>
        <w:tc>
          <w:tcPr>
            <w:tcW w:type="dxa" w:w="1928"/>
            <w:shd w:fill="FF4F9A"/>
            <w:tcMar>
              <w:top w:w="75" w:type="dxa"/>
              <w:start w:w="120" w:type="dxa"/>
              <w:bottom w:w="75" w:type="dxa"/>
              <w:end w:w="120" w:type="dxa"/>
            </w:tcMar>
            <w:vAlign w:val="center"/>
          </w:tcPr>
          <w:p>
            <w:pPr>
              <w:jc w:val="right"/>
            </w:pPr>
            <w:r>
              <w:rPr>
                <w:rFonts w:ascii="Arial" w:hAnsi="Arial" w:eastAsia="Microsoft JhengHei"/>
                <w:b/>
                <w:color w:val="FFFFFF"/>
                <w:sz w:val="21"/>
              </w:rPr>
              <w:t>MEMORY</w:t>
            </w:r>
          </w:p>
        </w:tc>
      </w:tr>
    </w:tbl>
    <w:p>
      <w:pPr>
        <w:spacing w:after="0"/>
      </w:pPr>
    </w:p>
    <w:tbl>
      <w:tblPr>
        <w:tblW w:type="dxa" w:w="10318"/>
        <w:jc w:val="center"/>
        <w:tblLayout w:type="fixed"/>
        <w:tblLook w:firstColumn="1" w:firstRow="1" w:lastColumn="0" w:lastRow="0" w:noHBand="0" w:noVBand="1" w:val="04A0"/>
        <w:tblInd w:w="0" w:type="dxa"/>
      </w:tblPr>
      <w:tblGrid>
        <w:gridCol w:w="5159"/>
        <w:gridCol w:w="5159"/>
      </w:tblGrid>
      <w:tr>
        <w:tc>
          <w:tcPr>
            <w:tcW w:type="dxa" w:w="5159"/>
            <w:tcMar>
              <w:top w:w="45" w:type="dxa"/>
              <w:start w:w="75" w:type="dxa"/>
              <w:bottom w:w="45" w:type="dxa"/>
              <w:end w:w="75" w:type="dxa"/>
            </w:tcMar>
          </w:tcPr>
          <w:p>
            <w:r>
              <w:rPr>
                <w:rFonts w:ascii="Arial" w:hAnsi="Arial" w:eastAsia="Microsoft JhengHei"/>
                <w:b/>
                <w:color w:val="17324D"/>
                <w:sz w:val="17"/>
              </w:rPr>
              <w:t xml:space="preserve">actress　</w:t>
            </w:r>
            <w:r>
              <w:rPr>
                <w:rFonts w:ascii="Arial" w:hAnsi="Arial" w:eastAsia="Microsoft JhengHei"/>
                <w:b w:val="0"/>
                <w:color w:val="526879"/>
                <w:sz w:val="17"/>
              </w:rPr>
              <w:t>____________</w:t>
            </w:r>
          </w:p>
        </w:tc>
        <w:tc>
          <w:tcPr>
            <w:tcW w:type="dxa" w:w="5159"/>
            <w:tcMar>
              <w:top w:w="45" w:type="dxa"/>
              <w:start w:w="75" w:type="dxa"/>
              <w:bottom w:w="45" w:type="dxa"/>
              <w:end w:w="75" w:type="dxa"/>
            </w:tcMar>
          </w:tcPr>
          <w:p>
            <w:r>
              <w:rPr>
                <w:rFonts w:ascii="Arial" w:hAnsi="Arial" w:eastAsia="Microsoft JhengHei"/>
                <w:b/>
                <w:color w:val="17324D"/>
                <w:sz w:val="17"/>
              </w:rPr>
              <w:t xml:space="preserve">towel　</w:t>
            </w:r>
            <w:r>
              <w:rPr>
                <w:rFonts w:ascii="Arial" w:hAnsi="Arial" w:eastAsia="Microsoft JhengHei"/>
                <w:b w:val="0"/>
                <w:color w:val="526879"/>
                <w:sz w:val="17"/>
              </w:rPr>
              <w:t>____________</w:t>
            </w:r>
          </w:p>
        </w:tc>
      </w:tr>
      <w:tr>
        <w:tc>
          <w:tcPr>
            <w:tcW w:type="dxa" w:w="5159"/>
            <w:tcMar>
              <w:top w:w="45" w:type="dxa"/>
              <w:start w:w="75" w:type="dxa"/>
              <w:bottom w:w="45" w:type="dxa"/>
              <w:end w:w="75" w:type="dxa"/>
            </w:tcMar>
          </w:tcPr>
          <w:p>
            <w:r>
              <w:rPr>
                <w:rFonts w:ascii="Arial" w:hAnsi="Arial" w:eastAsia="Microsoft JhengHei"/>
                <w:b/>
                <w:color w:val="17324D"/>
                <w:sz w:val="17"/>
              </w:rPr>
              <w:t xml:space="preserve">ghost　</w:t>
            </w:r>
            <w:r>
              <w:rPr>
                <w:rFonts w:ascii="Arial" w:hAnsi="Arial" w:eastAsia="Microsoft JhengHei"/>
                <w:b w:val="0"/>
                <w:color w:val="526879"/>
                <w:sz w:val="17"/>
              </w:rPr>
              <w:t>____________</w:t>
            </w:r>
          </w:p>
        </w:tc>
        <w:tc>
          <w:tcPr>
            <w:tcW w:type="dxa" w:w="5159"/>
            <w:tcMar>
              <w:top w:w="45" w:type="dxa"/>
              <w:start w:w="75" w:type="dxa"/>
              <w:bottom w:w="45" w:type="dxa"/>
              <w:end w:w="75" w:type="dxa"/>
            </w:tcMar>
          </w:tcPr>
          <w:p>
            <w:r>
              <w:rPr>
                <w:rFonts w:ascii="Arial" w:hAnsi="Arial" w:eastAsia="Microsoft JhengHei"/>
                <w:b/>
                <w:color w:val="17324D"/>
                <w:sz w:val="17"/>
              </w:rPr>
              <w:t xml:space="preserve">comb　</w:t>
            </w:r>
            <w:r>
              <w:rPr>
                <w:rFonts w:ascii="Arial" w:hAnsi="Arial" w:eastAsia="Microsoft JhengHei"/>
                <w:b w:val="0"/>
                <w:color w:val="526879"/>
                <w:sz w:val="17"/>
              </w:rPr>
              <w:t>____________</w:t>
            </w:r>
          </w:p>
        </w:tc>
      </w:tr>
      <w:tr>
        <w:tc>
          <w:tcPr>
            <w:tcW w:type="dxa" w:w="5159"/>
            <w:tcMar>
              <w:top w:w="45" w:type="dxa"/>
              <w:start w:w="75" w:type="dxa"/>
              <w:bottom w:w="45" w:type="dxa"/>
              <w:end w:w="75" w:type="dxa"/>
            </w:tcMar>
          </w:tcPr>
          <w:p>
            <w:r>
              <w:rPr>
                <w:rFonts w:ascii="Arial" w:hAnsi="Arial" w:eastAsia="Microsoft JhengHei"/>
                <w:b/>
                <w:color w:val="17324D"/>
                <w:sz w:val="17"/>
              </w:rPr>
              <w:t xml:space="preserve">full moon　</w:t>
            </w:r>
            <w:r>
              <w:rPr>
                <w:rFonts w:ascii="Arial" w:hAnsi="Arial" w:eastAsia="Microsoft JhengHei"/>
                <w:b w:val="0"/>
                <w:color w:val="526879"/>
                <w:sz w:val="17"/>
              </w:rPr>
              <w:t>____________</w:t>
            </w:r>
          </w:p>
        </w:tc>
        <w:tc>
          <w:tcPr>
            <w:tcW w:type="dxa" w:w="5159"/>
            <w:tcMar>
              <w:top w:w="45" w:type="dxa"/>
              <w:start w:w="75" w:type="dxa"/>
              <w:bottom w:w="45" w:type="dxa"/>
              <w:end w:w="75" w:type="dxa"/>
            </w:tcMar>
          </w:tcPr>
          <w:p>
            <w:r>
              <w:rPr>
                <w:rFonts w:ascii="Arial" w:hAnsi="Arial" w:eastAsia="Microsoft JhengHei"/>
                <w:b/>
                <w:color w:val="17324D"/>
                <w:sz w:val="17"/>
              </w:rPr>
              <w:t xml:space="preserve">bat　</w:t>
            </w:r>
            <w:r>
              <w:rPr>
                <w:rFonts w:ascii="Arial" w:hAnsi="Arial" w:eastAsia="Microsoft JhengHei"/>
                <w:b w:val="0"/>
                <w:color w:val="526879"/>
                <w:sz w:val="17"/>
              </w:rPr>
              <w:t>____________</w:t>
            </w:r>
          </w:p>
        </w:tc>
      </w:tr>
      <w:tr>
        <w:tc>
          <w:tcPr>
            <w:tcW w:type="dxa" w:w="5159"/>
            <w:tcMar>
              <w:top w:w="45" w:type="dxa"/>
              <w:start w:w="75" w:type="dxa"/>
              <w:bottom w:w="45" w:type="dxa"/>
              <w:end w:w="75" w:type="dxa"/>
            </w:tcMar>
          </w:tcPr>
          <w:p>
            <w:r>
              <w:rPr>
                <w:rFonts w:ascii="Arial" w:hAnsi="Arial" w:eastAsia="Microsoft JhengHei"/>
                <w:b/>
                <w:color w:val="17324D"/>
                <w:sz w:val="17"/>
              </w:rPr>
              <w:t xml:space="preserve">actor　</w:t>
            </w:r>
            <w:r>
              <w:rPr>
                <w:rFonts w:ascii="Arial" w:hAnsi="Arial" w:eastAsia="Microsoft JhengHei"/>
                <w:b w:val="0"/>
                <w:color w:val="526879"/>
                <w:sz w:val="17"/>
              </w:rPr>
              <w:t>____________</w:t>
            </w:r>
          </w:p>
        </w:tc>
        <w:tc>
          <w:tcPr>
            <w:tcW w:type="dxa" w:w="5159"/>
            <w:tcMar>
              <w:top w:w="45" w:type="dxa"/>
              <w:start w:w="75" w:type="dxa"/>
              <w:bottom w:w="45" w:type="dxa"/>
              <w:end w:w="75" w:type="dxa"/>
            </w:tcMar>
          </w:tcPr>
          <w:p/>
        </w:tc>
      </w:tr>
    </w:tbl>
    <w:tbl>
      <w:tblPr>
        <w:tblW w:type="dxa" w:w="10318"/>
        <w:jc w:val="center"/>
        <w:tblLayout w:type="fixed"/>
        <w:tblLook w:firstColumn="1" w:firstRow="1" w:lastColumn="0" w:lastRow="0" w:noHBand="0" w:noVBand="1" w:val="04A0"/>
        <w:tblInd w:w="0" w:type="dxa"/>
      </w:tblPr>
      <w:tblGrid>
        <w:gridCol w:w="8391"/>
        <w:gridCol w:w="1928"/>
      </w:tblGrid>
      <w:tr>
        <w:tc>
          <w:tcPr>
            <w:tcW w:type="dxa" w:w="8391"/>
            <w:shd w:fill="2878FF"/>
            <w:tcMar>
              <w:top w:w="75" w:type="dxa"/>
              <w:start w:w="120" w:type="dxa"/>
              <w:bottom w:w="75" w:type="dxa"/>
              <w:end w:w="120" w:type="dxa"/>
            </w:tcMar>
            <w:vAlign w:val="center"/>
          </w:tcPr>
          <w:p>
            <w:r>
              <w:rPr>
                <w:rFonts w:ascii="Arial" w:hAnsi="Arial" w:eastAsia="Microsoft JhengHei"/>
                <w:b/>
                <w:color w:val="FFFFFF"/>
                <w:sz w:val="24"/>
              </w:rPr>
              <w:t>7. Grammar 1｜-ing 與 -ed 分詞形容詞</w:t>
            </w:r>
          </w:p>
        </w:tc>
        <w:tc>
          <w:tcPr>
            <w:tcW w:type="dxa" w:w="1928"/>
            <w:shd w:fill="2878FF"/>
            <w:tcMar>
              <w:top w:w="75" w:type="dxa"/>
              <w:start w:w="120" w:type="dxa"/>
              <w:bottom w:w="75" w:type="dxa"/>
              <w:end w:w="120" w:type="dxa"/>
            </w:tcMar>
            <w:vAlign w:val="center"/>
          </w:tcPr>
          <w:p>
            <w:pPr>
              <w:jc w:val="right"/>
            </w:pPr>
            <w:r>
              <w:rPr>
                <w:rFonts w:ascii="Arial" w:hAnsi="Arial" w:eastAsia="Microsoft JhengHei"/>
                <w:b/>
                <w:color w:val="FFFFFF"/>
                <w:sz w:val="21"/>
              </w:rPr>
              <w:t>BREAK</w:t>
            </w:r>
          </w:p>
        </w:tc>
      </w:tr>
    </w:tbl>
    <w:p>
      <w:pPr>
        <w:spacing w:after="0"/>
      </w:pPr>
    </w:p>
    <w:tbl>
      <w:tblPr>
        <w:tblW w:type="dxa" w:w="10318"/>
        <w:jc w:val="center"/>
        <w:tblLayout w:type="fixed"/>
        <w:tblLook w:firstColumn="1" w:firstRow="1" w:lastColumn="0" w:lastRow="0" w:noHBand="0" w:noVBand="1" w:val="04A0"/>
        <w:tblInd w:w="0" w:type="dxa"/>
      </w:tblPr>
      <w:tblGrid>
        <w:gridCol w:w="10318"/>
      </w:tblGrid>
      <w:tr>
        <w:tc>
          <w:tcPr>
            <w:tcW w:type="dxa" w:w="10318"/>
            <w:shd w:fill="EAF2FF"/>
            <w:tcMar>
              <w:top w:w="90" w:type="dxa"/>
              <w:start w:w="140" w:type="dxa"/>
              <w:bottom w:w="90" w:type="dxa"/>
              <w:end w:w="140" w:type="dxa"/>
            </w:tcMar>
          </w:tcPr>
          <w:p>
            <w:pPr>
              <w:spacing w:after="0"/>
            </w:pPr>
            <w:r>
              <w:rPr>
                <w:rFonts w:ascii="Arial" w:hAnsi="Arial" w:eastAsia="Microsoft JhengHei"/>
                <w:b/>
                <w:color w:val="17324D"/>
                <w:sz w:val="18"/>
              </w:rPr>
              <w:t>thing → -ing：事物令人感到……｜person → -ed：人感到……</w:t>
              <w:br/>
              <w:t>The movie is exciting. / We are excited about the movie.</w:t>
            </w:r>
          </w:p>
        </w:tc>
      </w:tr>
    </w:tbl>
    <w:p>
      <w:pPr>
        <w:spacing w:after="0"/>
      </w:pPr>
    </w:p>
    <w:p>
      <w:pPr>
        <w:spacing w:after="24"/>
      </w:pPr>
      <w:r>
        <w:rPr>
          <w:rFonts w:ascii="Arial" w:hAnsi="Arial" w:eastAsia="Microsoft JhengHei"/>
          <w:b w:val="0"/>
          <w:color w:val="17324D"/>
          <w:sz w:val="18"/>
        </w:rPr>
        <w:t>The news is (surprising / surprised).</w:t>
      </w:r>
    </w:p>
    <w:p>
      <w:pPr>
        <w:spacing w:after="24"/>
      </w:pPr>
      <w:r>
        <w:rPr>
          <w:rFonts w:ascii="Arial" w:hAnsi="Arial" w:eastAsia="Microsoft JhengHei"/>
          <w:b w:val="0"/>
          <w:color w:val="17324D"/>
          <w:sz w:val="18"/>
        </w:rPr>
        <w:t>Mia is (interesting / interested) in the movie.</w:t>
      </w:r>
    </w:p>
    <w:p>
      <w:pPr>
        <w:spacing w:after="24"/>
      </w:pPr>
      <w:r>
        <w:rPr>
          <w:rFonts w:ascii="Arial" w:hAnsi="Arial" w:eastAsia="Microsoft JhengHei"/>
          <w:b w:val="0"/>
          <w:color w:val="17324D"/>
          <w:sz w:val="18"/>
        </w:rPr>
        <w:t>The show was (boring / bored) to us.</w:t>
      </w:r>
    </w:p>
    <w:tbl>
      <w:tblPr>
        <w:tblW w:type="dxa" w:w="10318"/>
        <w:jc w:val="center"/>
        <w:tblLayout w:type="fixed"/>
        <w:tblLook w:firstColumn="1" w:firstRow="1" w:lastColumn="0" w:lastRow="0" w:noHBand="0" w:noVBand="1" w:val="04A0"/>
        <w:tblInd w:w="0" w:type="dxa"/>
      </w:tblPr>
      <w:tblGrid>
        <w:gridCol w:w="8391"/>
        <w:gridCol w:w="1928"/>
      </w:tblGrid>
      <w:tr>
        <w:tc>
          <w:tcPr>
            <w:tcW w:type="dxa" w:w="8391"/>
            <w:shd w:fill="18BFC3"/>
            <w:tcMar>
              <w:top w:w="75" w:type="dxa"/>
              <w:start w:w="120" w:type="dxa"/>
              <w:bottom w:w="75" w:type="dxa"/>
              <w:end w:w="120" w:type="dxa"/>
            </w:tcMar>
            <w:vAlign w:val="center"/>
          </w:tcPr>
          <w:p>
            <w:r>
              <w:rPr>
                <w:rFonts w:ascii="Arial" w:hAnsi="Arial" w:eastAsia="Microsoft JhengHei"/>
                <w:b/>
                <w:color w:val="FFFFFF"/>
                <w:sz w:val="24"/>
              </w:rPr>
              <w:t>8. Grammar 2｜三種因果句型</w:t>
            </w:r>
          </w:p>
        </w:tc>
        <w:tc>
          <w:tcPr>
            <w:tcW w:type="dxa" w:w="1928"/>
            <w:shd w:fill="18BFC3"/>
            <w:tcMar>
              <w:top w:w="75" w:type="dxa"/>
              <w:start w:w="120" w:type="dxa"/>
              <w:bottom w:w="75" w:type="dxa"/>
              <w:end w:w="120" w:type="dxa"/>
            </w:tcMar>
            <w:vAlign w:val="center"/>
          </w:tcPr>
          <w:p>
            <w:pPr>
              <w:jc w:val="right"/>
            </w:pPr>
            <w:r>
              <w:rPr>
                <w:rFonts w:ascii="Arial" w:hAnsi="Arial" w:eastAsia="Microsoft JhengHei"/>
                <w:b/>
                <w:color w:val="FFFFFF"/>
                <w:sz w:val="21"/>
              </w:rPr>
              <w:t>BREAK</w:t>
            </w:r>
          </w:p>
        </w:tc>
      </w:tr>
    </w:tbl>
    <w:p>
      <w:pPr>
        <w:spacing w:after="0"/>
      </w:pPr>
    </w:p>
    <w:p>
      <w:pPr>
        <w:spacing w:after="24"/>
      </w:pPr>
      <w:r>
        <w:rPr>
          <w:rFonts w:ascii="Arial" w:hAnsi="Arial" w:eastAsia="Microsoft JhengHei"/>
          <w:b w:val="0"/>
          <w:color w:val="17324D"/>
          <w:sz w:val="17"/>
        </w:rPr>
        <w:t>so + adj. + that + S + V　The movie was so touching that my sisters cried.</w:t>
      </w:r>
    </w:p>
    <w:p>
      <w:pPr>
        <w:spacing w:after="24"/>
      </w:pPr>
      <w:r>
        <w:rPr>
          <w:rFonts w:ascii="Arial" w:hAnsi="Arial" w:eastAsia="Microsoft JhengHei"/>
          <w:b w:val="0"/>
          <w:color w:val="17324D"/>
          <w:sz w:val="17"/>
        </w:rPr>
        <w:t>adj. + enough + to V　Mrs. Hugo is old enough to be his mother.</w:t>
      </w:r>
    </w:p>
    <w:p>
      <w:pPr>
        <w:spacing w:after="24"/>
      </w:pPr>
      <w:r>
        <w:rPr>
          <w:rFonts w:ascii="Arial" w:hAnsi="Arial" w:eastAsia="Microsoft JhengHei"/>
          <w:b w:val="0"/>
          <w:color w:val="17324D"/>
          <w:sz w:val="17"/>
        </w:rPr>
        <w:t>too + adj. + to V　Zac is too young to watch the movie.</w:t>
      </w:r>
    </w:p>
    <w:p>
      <w:pPr>
        <w:spacing w:after="24"/>
      </w:pPr>
      <w:r>
        <w:rPr>
          <w:rFonts w:ascii="Arial" w:hAnsi="Arial" w:eastAsia="Microsoft JhengHei"/>
          <w:b w:val="0"/>
          <w:color w:val="526879"/>
          <w:sz w:val="17"/>
        </w:rPr>
        <w:t>改寫：The girl was very tired, so she couldn't get up early.：_______________________________________________________</w:t>
      </w:r>
    </w:p>
    <w:p>
      <w:pPr>
        <w:spacing w:after="24"/>
      </w:pPr>
      <w:r>
        <w:rPr>
          <w:rFonts w:ascii="Arial" w:hAnsi="Arial" w:eastAsia="Microsoft JhengHei"/>
          <w:b w:val="0"/>
          <w:color w:val="526879"/>
          <w:sz w:val="17"/>
        </w:rPr>
        <w:t>生活句：I was so __________ that ________________________.：_______________________________________________________</w:t>
      </w:r>
    </w:p>
    <w:tbl>
      <w:tblPr>
        <w:tblW w:type="dxa" w:w="10318"/>
        <w:jc w:val="center"/>
        <w:tblLayout w:type="fixed"/>
        <w:tblLook w:firstColumn="1" w:firstRow="1" w:lastColumn="0" w:lastRow="0" w:noHBand="0" w:noVBand="1" w:val="04A0"/>
        <w:tblInd w:w="0" w:type="dxa"/>
      </w:tblPr>
      <w:tblGrid>
        <w:gridCol w:w="8391"/>
        <w:gridCol w:w="1928"/>
      </w:tblGrid>
      <w:tr>
        <w:tc>
          <w:tcPr>
            <w:tcW w:type="dxa" w:w="8391"/>
            <w:shd w:fill="7C4DFF"/>
            <w:tcMar>
              <w:top w:w="75" w:type="dxa"/>
              <w:start w:w="120" w:type="dxa"/>
              <w:bottom w:w="75" w:type="dxa"/>
              <w:end w:w="120" w:type="dxa"/>
            </w:tcMar>
            <w:vAlign w:val="center"/>
          </w:tcPr>
          <w:p>
            <w:r>
              <w:rPr>
                <w:rFonts w:ascii="Arial" w:hAnsi="Arial" w:eastAsia="Microsoft JhengHei"/>
                <w:b/>
                <w:color w:val="FFFFFF"/>
                <w:sz w:val="24"/>
              </w:rPr>
              <w:t>9. Sentence Parsing 三步驟</w:t>
            </w:r>
          </w:p>
        </w:tc>
        <w:tc>
          <w:tcPr>
            <w:tcW w:type="dxa" w:w="1928"/>
            <w:shd w:fill="7C4DFF"/>
            <w:tcMar>
              <w:top w:w="75" w:type="dxa"/>
              <w:start w:w="120" w:type="dxa"/>
              <w:bottom w:w="75" w:type="dxa"/>
              <w:end w:w="120" w:type="dxa"/>
            </w:tcMar>
            <w:vAlign w:val="center"/>
          </w:tcPr>
          <w:p>
            <w:pPr>
              <w:jc w:val="right"/>
            </w:pPr>
            <w:r>
              <w:rPr>
                <w:rFonts w:ascii="Arial" w:hAnsi="Arial" w:eastAsia="Microsoft JhengHei"/>
                <w:b/>
                <w:color w:val="FFFFFF"/>
                <w:sz w:val="21"/>
              </w:rPr>
              <w:t>BREAK</w:t>
            </w:r>
          </w:p>
        </w:tc>
      </w:tr>
    </w:tbl>
    <w:p>
      <w:pPr>
        <w:spacing w:after="0"/>
      </w:pPr>
    </w:p>
    <w:p>
      <w:pPr>
        <w:spacing w:after="60"/>
      </w:pPr>
      <w:r>
        <w:rPr>
          <w:rFonts w:ascii="Arial" w:hAnsi="Arial" w:eastAsia="Microsoft JhengHei"/>
          <w:b/>
          <w:color w:val="FF4F9A"/>
          <w:sz w:val="19"/>
        </w:rPr>
        <w:t xml:space="preserve">Directions: </w:t>
      </w:r>
      <w:r>
        <w:rPr>
          <w:rFonts w:ascii="Arial" w:hAnsi="Arial" w:eastAsia="Microsoft JhengHei"/>
          <w:b w:val="0"/>
          <w:color w:val="17324D"/>
          <w:sz w:val="19"/>
        </w:rPr>
        <w:t xml:space="preserve">Find the subject → find the verb → set modifiers aside. </w:t>
      </w:r>
      <w:r>
        <w:rPr>
          <w:rFonts w:ascii="Arial" w:hAnsi="Arial" w:eastAsia="Microsoft JhengHei"/>
          <w:b w:val="0"/>
          <w:color w:val="526879"/>
          <w:sz w:val="19"/>
        </w:rPr>
        <w:t>找主詞 → 找動詞 → 暫時剝除修飾語；修飾語不是錯誤內容。</w:t>
      </w:r>
    </w:p>
    <w:p>
      <w:pPr>
        <w:spacing w:after="24"/>
      </w:pPr>
      <w:r>
        <w:rPr>
          <w:rFonts w:ascii="Arial" w:hAnsi="Arial" w:eastAsia="Microsoft JhengHei"/>
          <w:b/>
          <w:color w:val="17324D"/>
          <w:sz w:val="17"/>
        </w:rPr>
        <w:t>Some people / even write / pieces of fake news / by design / to get as many hits as possible.</w:t>
      </w:r>
    </w:p>
    <w:p>
      <w:pPr>
        <w:spacing w:after="24"/>
      </w:pPr>
      <w:r>
        <w:rPr>
          <w:rFonts w:ascii="Arial" w:hAnsi="Arial" w:eastAsia="Microsoft JhengHei"/>
          <w:b w:val="0"/>
          <w:color w:val="526879"/>
          <w:sz w:val="17"/>
        </w:rPr>
        <w:t>句子主幹：_______________________________________________________</w:t>
      </w:r>
    </w:p>
    <w:p>
      <w:r>
        <w:br w:type="page"/>
      </w:r>
    </w:p>
    <w:tbl>
      <w:tblPr>
        <w:tblW w:type="dxa" w:w="10318"/>
        <w:jc w:val="center"/>
        <w:tblLayout w:type="fixed"/>
        <w:tblLook w:firstColumn="1" w:firstRow="1" w:lastColumn="0" w:lastRow="0" w:noHBand="0" w:noVBand="1" w:val="04A0"/>
        <w:tblInd w:w="0" w:type="dxa"/>
      </w:tblPr>
      <w:tblGrid>
        <w:gridCol w:w="8391"/>
        <w:gridCol w:w="1928"/>
      </w:tblGrid>
      <w:tr>
        <w:tc>
          <w:tcPr>
            <w:tcW w:type="dxa" w:w="8391"/>
            <w:shd w:fill="7C4DFF"/>
            <w:tcMar>
              <w:top w:w="75" w:type="dxa"/>
              <w:start w:w="120" w:type="dxa"/>
              <w:bottom w:w="75" w:type="dxa"/>
              <w:end w:w="120" w:type="dxa"/>
            </w:tcMar>
            <w:vAlign w:val="center"/>
          </w:tcPr>
          <w:p>
            <w:r>
              <w:rPr>
                <w:rFonts w:ascii="Arial" w:hAnsi="Arial" w:eastAsia="Microsoft JhengHei"/>
                <w:b/>
                <w:color w:val="FFFFFF"/>
                <w:sz w:val="24"/>
              </w:rPr>
              <w:t>10. Reading｜Are You Sharing Lies?</w:t>
            </w:r>
          </w:p>
        </w:tc>
        <w:tc>
          <w:tcPr>
            <w:tcW w:type="dxa" w:w="1928"/>
            <w:shd w:fill="7C4DFF"/>
            <w:tcMar>
              <w:top w:w="75" w:type="dxa"/>
              <w:start w:w="120" w:type="dxa"/>
              <w:bottom w:w="75" w:type="dxa"/>
              <w:end w:w="120" w:type="dxa"/>
            </w:tcMar>
            <w:vAlign w:val="center"/>
          </w:tcPr>
          <w:p>
            <w:pPr>
              <w:jc w:val="right"/>
            </w:pPr>
            <w:r>
              <w:rPr>
                <w:rFonts w:ascii="Arial" w:hAnsi="Arial" w:eastAsia="Microsoft JhengHei"/>
                <w:b/>
                <w:color w:val="FFFFFF"/>
                <w:sz w:val="21"/>
              </w:rPr>
              <w:t>READ → FIND</w:t>
            </w:r>
          </w:p>
        </w:tc>
      </w:tr>
    </w:tbl>
    <w:p>
      <w:pPr>
        <w:spacing w:after="0"/>
      </w:pPr>
    </w:p>
    <w:p>
      <w:pPr>
        <w:spacing w:after="11"/>
      </w:pPr>
      <w:r>
        <w:rPr>
          <w:rFonts w:ascii="Arial" w:hAnsi="Arial" w:eastAsia="Microsoft JhengHei"/>
          <w:b w:val="0"/>
          <w:color w:val="17324D"/>
          <w:sz w:val="16"/>
        </w:rPr>
        <w:t>Does this ever happen to you? You're reading a news post, and it's so interesting that you share it with your friends in a Line group right away. If so, you may be spreading fake information.</w:t>
      </w:r>
    </w:p>
    <w:p>
      <w:pPr>
        <w:spacing w:after="11"/>
      </w:pPr>
      <w:r>
        <w:rPr>
          <w:rFonts w:ascii="Arial" w:hAnsi="Arial" w:eastAsia="Microsoft JhengHei"/>
          <w:b w:val="0"/>
          <w:color w:val="17324D"/>
          <w:sz w:val="16"/>
        </w:rPr>
        <w:t>TV or newspaper companies usually check the facts before they report the news. However, there's nobody to help check the facts on the Internet. Anybody can post anything online. What's more, some people even write pieces of fake news by design to get as many hits as possible. So, what can you do?</w:t>
      </w:r>
    </w:p>
    <w:p>
      <w:pPr>
        <w:spacing w:after="11"/>
      </w:pPr>
      <w:r>
        <w:rPr>
          <w:rFonts w:ascii="Arial" w:hAnsi="Arial" w:eastAsia="Microsoft JhengHei"/>
          <w:b w:val="0"/>
          <w:color w:val="17324D"/>
          <w:sz w:val="16"/>
        </w:rPr>
        <w:t>The Internet can be full of lies. Some information is true, and some is not, so it is important to learn to tell the difference. Here are some ways.</w:t>
      </w:r>
    </w:p>
    <w:p>
      <w:pPr>
        <w:spacing w:after="11"/>
      </w:pPr>
      <w:r>
        <w:rPr>
          <w:rFonts w:ascii="Arial" w:hAnsi="Arial" w:eastAsia="Microsoft JhengHei"/>
          <w:b w:val="0"/>
          <w:color w:val="17324D"/>
          <w:sz w:val="16"/>
        </w:rPr>
        <w:t>1. Do some digging on the writer and the source. Make sure they are real.</w:t>
      </w:r>
    </w:p>
    <w:p>
      <w:pPr>
        <w:spacing w:after="11"/>
      </w:pPr>
      <w:r>
        <w:rPr>
          <w:rFonts w:ascii="Arial" w:hAnsi="Arial" w:eastAsia="Microsoft JhengHei"/>
          <w:b w:val="0"/>
          <w:color w:val="17324D"/>
          <w:sz w:val="16"/>
        </w:rPr>
        <w:t>2. Look at the sentences in the post. Are there spelling mistakes? If so, then it might be fake.</w:t>
      </w:r>
    </w:p>
    <w:p>
      <w:pPr>
        <w:spacing w:after="11"/>
      </w:pPr>
      <w:r>
        <w:rPr>
          <w:rFonts w:ascii="Arial" w:hAnsi="Arial" w:eastAsia="Microsoft JhengHei"/>
          <w:b w:val="0"/>
          <w:color w:val="17324D"/>
          <w:sz w:val="16"/>
        </w:rPr>
        <w:t>3. Visit a fact-checking web page. Checking information is always a good idea.</w:t>
      </w:r>
    </w:p>
    <w:p>
      <w:pPr>
        <w:spacing w:after="11"/>
      </w:pPr>
      <w:r>
        <w:rPr>
          <w:rFonts w:ascii="Arial" w:hAnsi="Arial" w:eastAsia="Microsoft JhengHei"/>
          <w:b w:val="0"/>
          <w:color w:val="17324D"/>
          <w:sz w:val="16"/>
        </w:rPr>
        <w:t>Now you have learned some tips for telling fake news from real news. When you read something surprising next time, think twice before you share it. Don't let people trick you into spreading lies.</w:t>
      </w:r>
    </w:p>
    <w:tbl>
      <w:tblPr>
        <w:tblW w:type="dxa" w:w="10318"/>
        <w:jc w:val="center"/>
        <w:tblLayout w:type="fixed"/>
        <w:tblLook w:firstColumn="1" w:firstRow="1" w:lastColumn="0" w:lastRow="0" w:noHBand="0" w:noVBand="1" w:val="04A0"/>
        <w:tblInd w:w="0" w:type="dxa"/>
      </w:tblPr>
      <w:tblGrid>
        <w:gridCol w:w="8391"/>
        <w:gridCol w:w="1928"/>
      </w:tblGrid>
      <w:tr>
        <w:tc>
          <w:tcPr>
            <w:tcW w:type="dxa" w:w="8391"/>
            <w:shd w:fill="18BFC3"/>
            <w:tcMar>
              <w:top w:w="75" w:type="dxa"/>
              <w:start w:w="120" w:type="dxa"/>
              <w:bottom w:w="75" w:type="dxa"/>
              <w:end w:w="120" w:type="dxa"/>
            </w:tcMar>
            <w:vAlign w:val="center"/>
          </w:tcPr>
          <w:p>
            <w:r>
              <w:rPr>
                <w:rFonts w:ascii="Arial" w:hAnsi="Arial" w:eastAsia="Microsoft JhengHei"/>
                <w:b/>
                <w:color w:val="FFFFFF"/>
                <w:sz w:val="24"/>
              </w:rPr>
              <w:t>11. Visual Mind Map＋Reading Comprehension</w:t>
            </w:r>
          </w:p>
        </w:tc>
        <w:tc>
          <w:tcPr>
            <w:tcW w:type="dxa" w:w="1928"/>
            <w:shd w:fill="18BFC3"/>
            <w:tcMar>
              <w:top w:w="75" w:type="dxa"/>
              <w:start w:w="120" w:type="dxa"/>
              <w:bottom w:w="75" w:type="dxa"/>
              <w:end w:w="120" w:type="dxa"/>
            </w:tcMar>
            <w:vAlign w:val="center"/>
          </w:tcPr>
          <w:p>
            <w:pPr>
              <w:jc w:val="right"/>
            </w:pPr>
            <w:r>
              <w:rPr>
                <w:rFonts w:ascii="Arial" w:hAnsi="Arial" w:eastAsia="Microsoft JhengHei"/>
                <w:b/>
                <w:color w:val="FFFFFF"/>
                <w:sz w:val="21"/>
              </w:rPr>
              <w:t>THINK</w:t>
            </w:r>
          </w:p>
        </w:tc>
      </w:tr>
    </w:tbl>
    <w:p>
      <w:pPr>
        <w:spacing w:after="0"/>
      </w:pPr>
    </w:p>
    <w:tbl>
      <w:tblPr>
        <w:tblW w:type="dxa" w:w="10318"/>
        <w:jc w:val="center"/>
        <w:tblLayout w:type="fixed"/>
        <w:tblLook w:firstColumn="1" w:firstRow="1" w:lastColumn="0" w:lastRow="0" w:noHBand="0" w:noVBand="1" w:val="04A0"/>
        <w:tblInd w:w="0" w:type="dxa"/>
      </w:tblPr>
      <w:tblGrid>
        <w:gridCol w:w="2580"/>
        <w:gridCol w:w="2580"/>
        <w:gridCol w:w="2580"/>
        <w:gridCol w:w="2580"/>
      </w:tblGrid>
      <w:tr>
        <w:tc>
          <w:tcPr>
            <w:tcW w:type="dxa" w:w="2580"/>
            <w:shd w:fill="EAF2FF"/>
          </w:tcPr>
          <w:p>
            <w:r>
              <w:rPr>
                <w:rFonts w:ascii="Arial" w:hAnsi="Arial" w:eastAsia="Microsoft JhengHei"/>
                <w:b/>
                <w:color w:val="17324D"/>
                <w:sz w:val="17"/>
              </w:rPr>
              <w:t>Problem</w:t>
            </w:r>
          </w:p>
        </w:tc>
        <w:tc>
          <w:tcPr>
            <w:tcW w:type="dxa" w:w="2580"/>
            <w:shd w:fill="EAF2FF"/>
          </w:tcPr>
          <w:p>
            <w:r>
              <w:rPr>
                <w:rFonts w:ascii="Arial" w:hAnsi="Arial" w:eastAsia="Microsoft JhengHei"/>
                <w:b/>
                <w:color w:val="17324D"/>
                <w:sz w:val="17"/>
              </w:rPr>
              <w:t>Why?</w:t>
            </w:r>
          </w:p>
        </w:tc>
        <w:tc>
          <w:tcPr>
            <w:tcW w:type="dxa" w:w="2580"/>
            <w:shd w:fill="EAF2FF"/>
          </w:tcPr>
          <w:p>
            <w:r>
              <w:rPr>
                <w:rFonts w:ascii="Arial" w:hAnsi="Arial" w:eastAsia="Microsoft JhengHei"/>
                <w:b/>
                <w:color w:val="17324D"/>
                <w:sz w:val="17"/>
              </w:rPr>
              <w:t>Check 1–3</w:t>
            </w:r>
          </w:p>
        </w:tc>
        <w:tc>
          <w:tcPr>
            <w:tcW w:type="dxa" w:w="2580"/>
            <w:shd w:fill="EAF2FF"/>
          </w:tcPr>
          <w:p>
            <w:r>
              <w:rPr>
                <w:rFonts w:ascii="Arial" w:hAnsi="Arial" w:eastAsia="Microsoft JhengHei"/>
                <w:b/>
                <w:color w:val="17324D"/>
                <w:sz w:val="17"/>
              </w:rPr>
              <w:t>Action</w:t>
            </w:r>
          </w:p>
        </w:tc>
      </w:tr>
      <w:tr>
        <w:tc>
          <w:tcPr>
            <w:tcW w:type="dxa" w:w="2580"/>
            <w:tcMar>
              <w:top w:w="50" w:type="dxa"/>
              <w:start w:w="60" w:type="dxa"/>
              <w:bottom w:w="50" w:type="dxa"/>
              <w:end w:w="60" w:type="dxa"/>
            </w:tcMar>
          </w:tcPr>
          <w:p>
            <w:r>
              <w:rPr>
                <w:rFonts w:ascii="Arial" w:hAnsi="Arial" w:eastAsia="Microsoft JhengHei"/>
                <w:b w:val="0"/>
                <w:color w:val="526879"/>
                <w:sz w:val="16"/>
              </w:rPr>
              <w:t>____________</w:t>
              <w:br/>
              <w:t>____________</w:t>
            </w:r>
          </w:p>
        </w:tc>
        <w:tc>
          <w:tcPr>
            <w:tcW w:type="dxa" w:w="2580"/>
            <w:tcMar>
              <w:top w:w="50" w:type="dxa"/>
              <w:start w:w="60" w:type="dxa"/>
              <w:bottom w:w="50" w:type="dxa"/>
              <w:end w:w="60" w:type="dxa"/>
            </w:tcMar>
          </w:tcPr>
          <w:p>
            <w:r>
              <w:rPr>
                <w:rFonts w:ascii="Arial" w:hAnsi="Arial" w:eastAsia="Microsoft JhengHei"/>
                <w:b w:val="0"/>
                <w:color w:val="526879"/>
                <w:sz w:val="16"/>
              </w:rPr>
              <w:t>____________</w:t>
              <w:br/>
              <w:t>____________</w:t>
            </w:r>
          </w:p>
        </w:tc>
        <w:tc>
          <w:tcPr>
            <w:tcW w:type="dxa" w:w="2580"/>
            <w:tcMar>
              <w:top w:w="50" w:type="dxa"/>
              <w:start w:w="60" w:type="dxa"/>
              <w:bottom w:w="50" w:type="dxa"/>
              <w:end w:w="60" w:type="dxa"/>
            </w:tcMar>
          </w:tcPr>
          <w:p>
            <w:r>
              <w:rPr>
                <w:rFonts w:ascii="Arial" w:hAnsi="Arial" w:eastAsia="Microsoft JhengHei"/>
                <w:b w:val="0"/>
                <w:color w:val="526879"/>
                <w:sz w:val="16"/>
              </w:rPr>
              <w:t>____________</w:t>
              <w:br/>
              <w:t>____________</w:t>
            </w:r>
          </w:p>
        </w:tc>
        <w:tc>
          <w:tcPr>
            <w:tcW w:type="dxa" w:w="2580"/>
            <w:tcMar>
              <w:top w:w="50" w:type="dxa"/>
              <w:start w:w="60" w:type="dxa"/>
              <w:bottom w:w="50" w:type="dxa"/>
              <w:end w:w="60" w:type="dxa"/>
            </w:tcMar>
          </w:tcPr>
          <w:p>
            <w:r>
              <w:rPr>
                <w:rFonts w:ascii="Arial" w:hAnsi="Arial" w:eastAsia="Microsoft JhengHei"/>
                <w:b w:val="0"/>
                <w:color w:val="526879"/>
                <w:sz w:val="16"/>
              </w:rPr>
              <w:t>____________</w:t>
              <w:br/>
              <w:t>____________</w:t>
            </w:r>
          </w:p>
        </w:tc>
      </w:tr>
    </w:tbl>
    <w:p>
      <w:pPr>
        <w:spacing w:after="24"/>
      </w:pPr>
      <w:r>
        <w:rPr>
          <w:rFonts w:ascii="Arial" w:hAnsi="Arial" w:eastAsia="Microsoft JhengHei"/>
          <w:b w:val="0"/>
          <w:color w:val="526879"/>
          <w:sz w:val="17"/>
        </w:rPr>
        <w:t>Main idea：_______________________________________________________</w:t>
      </w:r>
    </w:p>
    <w:p>
      <w:pPr>
        <w:spacing w:after="24"/>
      </w:pPr>
      <w:r>
        <w:rPr>
          <w:rFonts w:ascii="Arial" w:hAnsi="Arial" w:eastAsia="Microsoft JhengHei"/>
          <w:b w:val="0"/>
          <w:color w:val="526879"/>
          <w:sz w:val="17"/>
        </w:rPr>
        <w:t>Evidence：Why can fake information spread easily online?：_______________________________________________________</w:t>
      </w:r>
    </w:p>
    <w:tbl>
      <w:tblPr>
        <w:tblW w:type="dxa" w:w="10318"/>
        <w:jc w:val="center"/>
        <w:tblLayout w:type="fixed"/>
        <w:tblLook w:firstColumn="1" w:firstRow="1" w:lastColumn="0" w:lastRow="0" w:noHBand="0" w:noVBand="1" w:val="04A0"/>
        <w:tblInd w:w="0" w:type="dxa"/>
      </w:tblPr>
      <w:tblGrid>
        <w:gridCol w:w="8391"/>
        <w:gridCol w:w="1928"/>
      </w:tblGrid>
      <w:tr>
        <w:tc>
          <w:tcPr>
            <w:tcW w:type="dxa" w:w="8391"/>
            <w:shd w:fill="FF4F9A"/>
            <w:tcMar>
              <w:top w:w="75" w:type="dxa"/>
              <w:start w:w="120" w:type="dxa"/>
              <w:bottom w:w="75" w:type="dxa"/>
              <w:end w:w="120" w:type="dxa"/>
            </w:tcMar>
            <w:vAlign w:val="center"/>
          </w:tcPr>
          <w:p>
            <w:r>
              <w:rPr>
                <w:rFonts w:ascii="Arial" w:hAnsi="Arial" w:eastAsia="Microsoft JhengHei"/>
                <w:b/>
                <w:color w:val="FFFFFF"/>
                <w:sz w:val="24"/>
              </w:rPr>
              <w:t>12. TBL Speaking Mission｜Share or Stop?</w:t>
            </w:r>
          </w:p>
        </w:tc>
        <w:tc>
          <w:tcPr>
            <w:tcW w:type="dxa" w:w="1928"/>
            <w:shd w:fill="FF4F9A"/>
            <w:tcMar>
              <w:top w:w="75" w:type="dxa"/>
              <w:start w:w="120" w:type="dxa"/>
              <w:bottom w:w="75" w:type="dxa"/>
              <w:end w:w="120" w:type="dxa"/>
            </w:tcMar>
            <w:vAlign w:val="center"/>
          </w:tcPr>
          <w:p>
            <w:pPr>
              <w:jc w:val="right"/>
            </w:pPr>
            <w:r>
              <w:rPr>
                <w:rFonts w:ascii="Arial" w:hAnsi="Arial" w:eastAsia="Microsoft JhengHei"/>
                <w:b/>
                <w:color w:val="FFFFFF"/>
                <w:sz w:val="21"/>
              </w:rPr>
              <w:t>ACT</w:t>
            </w:r>
          </w:p>
        </w:tc>
      </w:tr>
    </w:tbl>
    <w:p>
      <w:pPr>
        <w:spacing w:after="0"/>
      </w:pPr>
    </w:p>
    <w:p>
      <w:pPr>
        <w:spacing w:after="24"/>
      </w:pPr>
      <w:r>
        <w:rPr>
          <w:rFonts w:ascii="Arial" w:hAnsi="Arial" w:eastAsia="Microsoft JhengHei"/>
          <w:b/>
          <w:color w:val="17324D"/>
          <w:sz w:val="17"/>
        </w:rPr>
        <w:t>I will / won't share the post because ________________________________.</w:t>
      </w:r>
    </w:p>
    <w:p>
      <w:pPr>
        <w:spacing w:after="24"/>
      </w:pPr>
      <w:r>
        <w:rPr>
          <w:rFonts w:ascii="Arial" w:hAnsi="Arial" w:eastAsia="Microsoft JhengHei"/>
          <w:b/>
          <w:color w:val="17324D"/>
          <w:sz w:val="17"/>
        </w:rPr>
        <w:t>First, I will check ____________________. Then, I will ________________.</w:t>
      </w:r>
    </w:p>
    <w:p>
      <w:pPr>
        <w:spacing w:after="24"/>
      </w:pPr>
      <w:r>
        <w:rPr>
          <w:rFonts w:ascii="Arial" w:hAnsi="Arial" w:eastAsia="Microsoft JhengHei"/>
          <w:b/>
          <w:color w:val="7C4DFF"/>
          <w:sz w:val="17"/>
        </w:rPr>
        <w:t>Two Stars and a Wish｜⭐ evidence　⭐ clear English　🌠 next step: ____________</w:t>
      </w:r>
    </w:p>
    <w:sectPr w:rsidR="00FC693F" w:rsidRPr="0006063C" w:rsidSect="00034616">
      <w:headerReference w:type="default" r:id="rId9"/>
      <w:footerReference w:type="default" r:id="rId10"/>
      <w:pgSz w:w="11906" w:h="16838"/>
      <w:pgMar w:top="652" w:right="709" w:bottom="652" w:left="709" w:header="283"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Microsoft JhengHei"/>
        <w:b w:val="0"/>
        <w:color w:val="526879"/>
        <w:sz w:val="17"/>
      </w:rPr>
      <w:t>The Movie Looks Exciting｜A2 課文證據與語塊練習</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eastAsia="Microsoft JhengHei"/>
        <w:b/>
        <w:color w:val="526879"/>
        <w:sz w:val="17"/>
      </w:rPr>
      <w:t>Unit 2｜隨課學習單｜學生版</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9" w:lineRule="auto"/>
    </w:pPr>
    <w:rPr>
      <w:rFonts w:ascii="Arial" w:hAnsi="Arial" w:eastAsia="Microsoft Jheng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80" w:after="80"/>
      <w:outlineLvl w:val="0"/>
    </w:pPr>
    <w:rPr>
      <w:rFonts w:asciiTheme="majorHAnsi" w:eastAsiaTheme="majorEastAsia" w:hAnsiTheme="majorHAnsi" w:cstheme="majorBidi" w:ascii="Arial" w:hAnsi="Arial" w:eastAsia="Microsoft JhengHei"/>
      <w:b/>
      <w:bCs/>
      <w:color w:val="17324D"/>
      <w:sz w:val="30"/>
      <w:szCs w:val="28"/>
    </w:rPr>
  </w:style>
  <w:style w:type="paragraph" w:styleId="Heading2">
    <w:name w:val="heading 2"/>
    <w:basedOn w:val="Normal"/>
    <w:next w:val="Normal"/>
    <w:link w:val="Heading2Char"/>
    <w:uiPriority w:val="9"/>
    <w:unhideWhenUsed/>
    <w:qFormat/>
    <w:rsid w:val="00FC693F"/>
    <w:pPr>
      <w:keepNext/>
      <w:keepLines/>
      <w:spacing w:before="80" w:after="80"/>
      <w:outlineLvl w:val="1"/>
    </w:pPr>
    <w:rPr>
      <w:rFonts w:asciiTheme="majorHAnsi" w:eastAsiaTheme="majorEastAsia" w:hAnsiTheme="majorHAnsi" w:cstheme="majorBidi" w:ascii="Arial" w:hAnsi="Arial" w:eastAsia="Microsoft JhengHei"/>
      <w:b/>
      <w:bCs/>
      <w:color w:val="2878FF"/>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2 隨課學習單 學生版</dc:title>
  <dc:subject>115 九上 Unit 2 四頁隨課學習單</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