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Arial" w:hAnsi="Arial" w:eastAsia="Microsoft JhengHei"/>
          <w:b/>
          <w:color w:val="2878FF"/>
          <w:sz w:val="34"/>
        </w:rPr>
        <w:t>115 九上英文 Unit 1</w:t>
      </w:r>
    </w:p>
    <w:p>
      <w:pPr>
        <w:spacing w:after="100"/>
        <w:jc w:val="center"/>
      </w:pPr>
      <w:r>
        <w:rPr>
          <w:rFonts w:ascii="Arial" w:hAnsi="Arial" w:eastAsia="Microsoft JhengHei"/>
          <w:b/>
          <w:color w:val="FF4F9A"/>
          <w:sz w:val="26"/>
        </w:rPr>
        <w:t>Have You Had Breakfast Yet?｜學生紙本實作版</w:t>
      </w:r>
    </w:p>
    <w:tbl>
      <w:tblPr>
        <w:tblW w:type="dxa" w:w="10205"/>
        <w:jc w:val="center"/>
        <w:tblLayout w:type="fixed"/>
        <w:tblLook w:firstColumn="1" w:firstRow="1" w:lastColumn="0" w:lastRow="0" w:noHBand="0" w:noVBand="1" w:val="04A0"/>
        <w:tblInd w:w="0" w:type="dxa"/>
      </w:tblPr>
      <w:tblGrid>
        <w:gridCol w:w="2835"/>
        <w:gridCol w:w="2835"/>
        <w:gridCol w:w="2268"/>
        <w:gridCol w:w="2268"/>
      </w:tblGrid>
      <w:tr>
        <w:tc>
          <w:tcPr>
            <w:tcW w:type="dxa" w:w="2835"/>
            <w:tcMar>
              <w:top w:w="60" w:type="dxa"/>
              <w:start w:w="80" w:type="dxa"/>
              <w:bottom w:w="60" w:type="dxa"/>
              <w:end w:w="80" w:type="dxa"/>
            </w:tcMar>
          </w:tcPr>
          <w:p>
            <w:r>
              <w:rPr>
                <w:rFonts w:ascii="Arial" w:hAnsi="Arial" w:eastAsia="Microsoft JhengHei"/>
                <w:b/>
                <w:color w:val="17324D"/>
                <w:sz w:val="19"/>
              </w:rPr>
              <w:t>班級：____________</w:t>
            </w:r>
          </w:p>
        </w:tc>
        <w:tc>
          <w:tcPr>
            <w:tcW w:type="dxa" w:w="2835"/>
            <w:tcMar>
              <w:top w:w="60" w:type="dxa"/>
              <w:start w:w="80" w:type="dxa"/>
              <w:bottom w:w="60" w:type="dxa"/>
              <w:end w:w="80" w:type="dxa"/>
            </w:tcMar>
          </w:tcPr>
          <w:p>
            <w:r>
              <w:rPr>
                <w:rFonts w:ascii="Arial" w:hAnsi="Arial" w:eastAsia="Microsoft JhengHei"/>
                <w:b/>
                <w:color w:val="17324D"/>
                <w:sz w:val="19"/>
              </w:rPr>
              <w:t>姓名：____________</w:t>
            </w:r>
          </w:p>
        </w:tc>
        <w:tc>
          <w:tcPr>
            <w:tcW w:type="dxa" w:w="2268"/>
            <w:tcMar>
              <w:top w:w="60" w:type="dxa"/>
              <w:start w:w="80" w:type="dxa"/>
              <w:bottom w:w="60" w:type="dxa"/>
              <w:end w:w="80" w:type="dxa"/>
            </w:tcMar>
          </w:tcPr>
          <w:p>
            <w:r>
              <w:rPr>
                <w:rFonts w:ascii="Arial" w:hAnsi="Arial" w:eastAsia="Microsoft JhengHei"/>
                <w:b/>
                <w:color w:val="17324D"/>
                <w:sz w:val="19"/>
              </w:rPr>
              <w:t>座號：______</w:t>
            </w:r>
          </w:p>
        </w:tc>
        <w:tc>
          <w:tcPr>
            <w:tcW w:type="dxa" w:w="2268"/>
            <w:tcMar>
              <w:top w:w="60" w:type="dxa"/>
              <w:start w:w="80" w:type="dxa"/>
              <w:bottom w:w="60" w:type="dxa"/>
              <w:end w:w="80" w:type="dxa"/>
            </w:tcMar>
          </w:tcPr>
          <w:p>
            <w:r>
              <w:rPr>
                <w:rFonts w:ascii="Arial" w:hAnsi="Arial" w:eastAsia="Microsoft JhengHei"/>
                <w:b/>
                <w:color w:val="17324D"/>
                <w:sz w:val="19"/>
              </w:rPr>
              <w:t>成績：______</w:t>
            </w:r>
          </w:p>
        </w:tc>
      </w:tr>
    </w:tbl>
    <w:tbl>
      <w:tblPr>
        <w:tblW w:type="dxa" w:w="10318"/>
        <w:jc w:val="center"/>
        <w:tblLayout w:type="fixed"/>
        <w:tblLook w:firstColumn="1" w:firstRow="1" w:lastColumn="0" w:lastRow="0" w:noHBand="0" w:noVBand="1" w:val="04A0"/>
        <w:tblInd w:w="0" w:type="dxa"/>
      </w:tblPr>
      <w:tblGrid>
        <w:gridCol w:w="8391"/>
        <w:gridCol w:w="1928"/>
      </w:tblGrid>
      <w:tr>
        <w:tc>
          <w:tcPr>
            <w:tcW w:type="dxa" w:w="8391"/>
            <w:shd w:fill="18BFC3"/>
            <w:tcMar>
              <w:top w:w="75" w:type="dxa"/>
              <w:start w:w="120" w:type="dxa"/>
              <w:bottom w:w="75" w:type="dxa"/>
              <w:end w:w="120" w:type="dxa"/>
            </w:tcMar>
            <w:vAlign w:val="center"/>
          </w:tcPr>
          <w:p>
            <w:r>
              <w:rPr>
                <w:rFonts w:ascii="Arial" w:hAnsi="Arial" w:eastAsia="Microsoft JhengHei"/>
                <w:b/>
                <w:color w:val="FFFFFF"/>
                <w:sz w:val="24"/>
              </w:rPr>
              <w:t>課前. 課文畫記與語塊斷句 Text Marking</w:t>
            </w:r>
          </w:p>
        </w:tc>
        <w:tc>
          <w:tcPr>
            <w:tcW w:type="dxa" w:w="1928"/>
            <w:shd w:fill="18BFC3"/>
            <w:tcMar>
              <w:top w:w="75" w:type="dxa"/>
              <w:start w:w="120" w:type="dxa"/>
              <w:bottom w:w="75" w:type="dxa"/>
              <w:end w:w="120" w:type="dxa"/>
            </w:tcMar>
            <w:vAlign w:val="center"/>
          </w:tcPr>
          <w:p>
            <w:pPr>
              <w:jc w:val="right"/>
            </w:pPr>
            <w:r>
              <w:rPr>
                <w:rFonts w:ascii="Arial" w:hAnsi="Arial" w:eastAsia="Microsoft JhengHei"/>
                <w:b/>
                <w:color w:val="FFFFFF"/>
                <w:sz w:val="21"/>
              </w:rPr>
              <w:t>不計分</w:t>
            </w:r>
          </w:p>
        </w:tc>
      </w:tr>
    </w:tbl>
    <w:p>
      <w:pPr>
        <w:spacing w:after="0"/>
      </w:pPr>
    </w:p>
    <w:p>
      <w:pPr>
        <w:spacing w:after="60"/>
      </w:pPr>
      <w:r>
        <w:rPr>
          <w:rFonts w:ascii="Arial" w:hAnsi="Arial" w:eastAsia="Microsoft JhengHei"/>
          <w:b/>
          <w:color w:val="FF4F9A"/>
          <w:sz w:val="19"/>
        </w:rPr>
        <w:t xml:space="preserve">Directions: </w:t>
      </w:r>
      <w:r>
        <w:rPr>
          <w:rFonts w:ascii="Arial" w:hAnsi="Arial" w:eastAsia="Microsoft JhengHei"/>
          <w:b w:val="0"/>
          <w:color w:val="17324D"/>
          <w:sz w:val="19"/>
        </w:rPr>
        <w:t xml:space="preserve">Add slashes (/) between meaningful chunks. </w:t>
      </w:r>
      <w:r>
        <w:rPr>
          <w:rFonts w:ascii="Arial" w:hAnsi="Arial" w:eastAsia="Microsoft JhengHei"/>
          <w:b w:val="0"/>
          <w:color w:val="526879"/>
          <w:sz w:val="19"/>
        </w:rPr>
        <w:t>用斜線切語塊，再圈出重要搭配詞。</w:t>
      </w:r>
    </w:p>
    <w:p>
      <w:r>
        <w:rPr>
          <w:rFonts w:ascii="Arial" w:hAnsi="Arial" w:eastAsia="Microsoft JhengHei"/>
          <w:b/>
          <w:color w:val="17324D"/>
          <w:sz w:val="21"/>
        </w:rPr>
        <w:t>Since I last saw the photo of us in the Line group.</w:t>
      </w:r>
    </w:p>
    <w:p>
      <w:r>
        <w:rPr>
          <w:rFonts w:ascii="Arial" w:hAnsi="Arial" w:eastAsia="Microsoft JhengHei"/>
          <w:b/>
          <w:color w:val="17324D"/>
          <w:sz w:val="21"/>
        </w:rPr>
        <w:t>We’ve spent a lot of time practicing lately, so I haven’t had much time for studying.</w:t>
      </w:r>
    </w:p>
    <w:p>
      <w:pPr>
        <w:spacing w:after="40" w:line="240" w:lineRule="auto"/>
      </w:pPr>
      <w:r>
        <w:rPr>
          <w:rFonts w:ascii="Arial" w:hAnsi="Arial" w:eastAsia="Microsoft JhengHei"/>
          <w:b w:val="0"/>
          <w:color w:val="526879"/>
          <w:sz w:val="18"/>
        </w:rPr>
        <w:t>______________________________________________________________________________________</w:t>
      </w:r>
    </w:p>
    <w:tbl>
      <w:tblPr>
        <w:tblW w:type="dxa" w:w="10318"/>
        <w:jc w:val="center"/>
        <w:tblLayout w:type="fixed"/>
        <w:tblLook w:firstColumn="1" w:firstRow="1" w:lastColumn="0" w:lastRow="0" w:noHBand="0" w:noVBand="1" w:val="04A0"/>
        <w:tblInd w:w="0" w:type="dxa"/>
      </w:tblPr>
      <w:tblGrid>
        <w:gridCol w:w="8391"/>
        <w:gridCol w:w="1928"/>
      </w:tblGrid>
      <w:tr>
        <w:tc>
          <w:tcPr>
            <w:tcW w:type="dxa" w:w="8391"/>
            <w:shd w:fill="2878FF"/>
            <w:tcMar>
              <w:top w:w="75" w:type="dxa"/>
              <w:start w:w="120" w:type="dxa"/>
              <w:bottom w:w="75" w:type="dxa"/>
              <w:end w:w="120" w:type="dxa"/>
            </w:tcMar>
            <w:vAlign w:val="center"/>
          </w:tcPr>
          <w:p>
            <w:r>
              <w:rPr>
                <w:rFonts w:ascii="Arial" w:hAnsi="Arial" w:eastAsia="Microsoft JhengHei"/>
                <w:b/>
                <w:color w:val="FFFFFF"/>
                <w:sz w:val="24"/>
              </w:rPr>
              <w:t>A. 單字選擇題 Vocabulary in Context</w:t>
            </w:r>
          </w:p>
        </w:tc>
        <w:tc>
          <w:tcPr>
            <w:tcW w:type="dxa" w:w="1928"/>
            <w:shd w:fill="2878FF"/>
            <w:tcMar>
              <w:top w:w="75" w:type="dxa"/>
              <w:start w:w="120" w:type="dxa"/>
              <w:bottom w:w="75" w:type="dxa"/>
              <w:end w:w="120" w:type="dxa"/>
            </w:tcMar>
            <w:vAlign w:val="center"/>
          </w:tcPr>
          <w:p>
            <w:pPr>
              <w:jc w:val="right"/>
            </w:pPr>
            <w:r>
              <w:rPr>
                <w:rFonts w:ascii="Arial" w:hAnsi="Arial" w:eastAsia="Microsoft JhengHei"/>
                <w:b/>
                <w:color w:val="FFFFFF"/>
                <w:sz w:val="21"/>
              </w:rPr>
              <w:t>25 分</w:t>
            </w:r>
          </w:p>
        </w:tc>
      </w:tr>
    </w:tbl>
    <w:p>
      <w:pPr>
        <w:spacing w:after="0"/>
      </w:pPr>
    </w:p>
    <w:p>
      <w:pPr>
        <w:spacing w:after="60"/>
      </w:pPr>
      <w:r>
        <w:rPr>
          <w:rFonts w:ascii="Arial" w:hAnsi="Arial" w:eastAsia="Microsoft JhengHei"/>
          <w:b/>
          <w:color w:val="FF4F9A"/>
          <w:sz w:val="19"/>
        </w:rPr>
        <w:t xml:space="preserve">Directions: </w:t>
      </w:r>
      <w:r>
        <w:rPr>
          <w:rFonts w:ascii="Arial" w:hAnsi="Arial" w:eastAsia="Microsoft JhengHei"/>
          <w:b w:val="0"/>
          <w:color w:val="17324D"/>
          <w:sz w:val="19"/>
        </w:rPr>
        <w:t xml:space="preserve">Choose the best answer. </w:t>
      </w:r>
      <w:r>
        <w:rPr>
          <w:rFonts w:ascii="Arial" w:hAnsi="Arial" w:eastAsia="Microsoft JhengHei"/>
          <w:b w:val="0"/>
          <w:color w:val="526879"/>
          <w:sz w:val="19"/>
        </w:rPr>
        <w:t>依上下文選出最適當的答案。</w:t>
      </w:r>
    </w:p>
    <w:p>
      <w:pPr>
        <w:keepNext/>
        <w:spacing w:after="20"/>
      </w:pPr>
      <w:r>
        <w:rPr>
          <w:rFonts w:ascii="Arial" w:hAnsi="Arial" w:eastAsia="Microsoft JhengHei"/>
          <w:b/>
          <w:color w:val="17324D"/>
          <w:sz w:val="21"/>
        </w:rPr>
        <w:t>1. Ela is ______ a diet because she wants to lose weight.</w:t>
      </w:r>
    </w:p>
    <w:p>
      <w:pPr>
        <w:spacing w:after="40"/>
        <w:ind w:left="142"/>
      </w:pPr>
      <w:r>
        <w:rPr>
          <w:rFonts w:ascii="Arial" w:hAnsi="Arial" w:eastAsia="Microsoft JhengHei"/>
          <w:b w:val="0"/>
          <w:color w:val="17324D"/>
          <w:sz w:val="19"/>
        </w:rPr>
        <w:t>(A) on　(B) at　(C) in　(D) for</w:t>
      </w:r>
    </w:p>
    <w:p>
      <w:pPr>
        <w:keepNext/>
        <w:spacing w:after="20"/>
      </w:pPr>
      <w:r>
        <w:rPr>
          <w:rFonts w:ascii="Arial" w:hAnsi="Arial" w:eastAsia="Microsoft JhengHei"/>
          <w:b/>
          <w:color w:val="17324D"/>
          <w:sz w:val="21"/>
        </w:rPr>
        <w:t>2. Cody says that a ______ diet is important for health.</w:t>
      </w:r>
    </w:p>
    <w:p>
      <w:pPr>
        <w:spacing w:after="40"/>
        <w:ind w:left="142"/>
      </w:pPr>
      <w:r>
        <w:rPr>
          <w:rFonts w:ascii="Arial" w:hAnsi="Arial" w:eastAsia="Microsoft JhengHei"/>
          <w:b w:val="0"/>
          <w:color w:val="17324D"/>
          <w:sz w:val="19"/>
        </w:rPr>
        <w:t>(A) serious　(B) balanced　(C) crazy　(D) slim</w:t>
      </w:r>
    </w:p>
    <w:p>
      <w:pPr>
        <w:keepNext/>
        <w:spacing w:after="20"/>
      </w:pPr>
      <w:r>
        <w:rPr>
          <w:rFonts w:ascii="Arial" w:hAnsi="Arial" w:eastAsia="Microsoft JhengHei"/>
          <w:b/>
          <w:color w:val="17324D"/>
          <w:sz w:val="21"/>
        </w:rPr>
        <w:t>3. If you are very hungry, you may need to eat ______ food.</w:t>
      </w:r>
    </w:p>
    <w:p>
      <w:pPr>
        <w:spacing w:after="40"/>
        <w:ind w:left="142"/>
      </w:pPr>
      <w:r>
        <w:rPr>
          <w:rFonts w:ascii="Arial" w:hAnsi="Arial" w:eastAsia="Microsoft JhengHei"/>
          <w:b w:val="0"/>
          <w:color w:val="17324D"/>
          <w:sz w:val="19"/>
        </w:rPr>
        <w:t>(A) enough　(B) angry　(C) unhappy　(D) lately</w:t>
      </w:r>
    </w:p>
    <w:p>
      <w:pPr>
        <w:keepNext/>
        <w:spacing w:after="20"/>
      </w:pPr>
      <w:r>
        <w:rPr>
          <w:rFonts w:ascii="Arial" w:hAnsi="Arial" w:eastAsia="Microsoft JhengHei"/>
          <w:b/>
          <w:color w:val="17324D"/>
          <w:sz w:val="21"/>
        </w:rPr>
        <w:t>4. Ted wants to become a ______ one day.</w:t>
      </w:r>
    </w:p>
    <w:p>
      <w:pPr>
        <w:spacing w:after="40"/>
        <w:ind w:left="142"/>
      </w:pPr>
      <w:r>
        <w:rPr>
          <w:rFonts w:ascii="Arial" w:hAnsi="Arial" w:eastAsia="Microsoft JhengHei"/>
          <w:b w:val="0"/>
          <w:color w:val="17324D"/>
          <w:sz w:val="19"/>
        </w:rPr>
        <w:t>(A) diet　(B) drum　(C) pop star　(D) feeling</w:t>
      </w:r>
    </w:p>
    <w:p>
      <w:pPr>
        <w:keepNext/>
        <w:spacing w:after="20"/>
      </w:pPr>
      <w:r>
        <w:rPr>
          <w:rFonts w:ascii="Arial" w:hAnsi="Arial" w:eastAsia="Microsoft JhengHei"/>
          <w:b/>
          <w:color w:val="17324D"/>
          <w:sz w:val="21"/>
        </w:rPr>
        <w:t>5. Ted’s parents are ______ about his future.</w:t>
      </w:r>
    </w:p>
    <w:p>
      <w:pPr>
        <w:spacing w:after="40"/>
        <w:ind w:left="142"/>
      </w:pPr>
      <w:r>
        <w:rPr>
          <w:rFonts w:ascii="Arial" w:hAnsi="Arial" w:eastAsia="Microsoft JhengHei"/>
          <w:b w:val="0"/>
          <w:color w:val="17324D"/>
          <w:sz w:val="19"/>
        </w:rPr>
        <w:t>(A) worried　(B) balanced　(C) hungry　(D) serious</w:t>
      </w:r>
    </w:p>
    <w:p>
      <w:r>
        <w:br w:type="page"/>
      </w:r>
    </w:p>
    <w:tbl>
      <w:tblPr>
        <w:tblW w:type="dxa" w:w="10318"/>
        <w:jc w:val="center"/>
        <w:tblLayout w:type="fixed"/>
        <w:tblLook w:firstColumn="1" w:firstRow="1" w:lastColumn="0" w:lastRow="0" w:noHBand="0" w:noVBand="1" w:val="04A0"/>
        <w:tblInd w:w="0" w:type="dxa"/>
      </w:tblPr>
      <w:tblGrid>
        <w:gridCol w:w="8391"/>
        <w:gridCol w:w="1928"/>
      </w:tblGrid>
      <w:tr>
        <w:tc>
          <w:tcPr>
            <w:tcW w:type="dxa" w:w="8391"/>
            <w:shd w:fill="FF4F9A"/>
            <w:tcMar>
              <w:top w:w="75" w:type="dxa"/>
              <w:start w:w="120" w:type="dxa"/>
              <w:bottom w:w="75" w:type="dxa"/>
              <w:end w:w="120" w:type="dxa"/>
            </w:tcMar>
            <w:vAlign w:val="center"/>
          </w:tcPr>
          <w:p>
            <w:r>
              <w:rPr>
                <w:rFonts w:ascii="Arial" w:hAnsi="Arial" w:eastAsia="Microsoft JhengHei"/>
                <w:b/>
                <w:color w:val="FFFFFF"/>
                <w:sz w:val="24"/>
              </w:rPr>
              <w:t>B. 克漏字 Cloze</w:t>
            </w:r>
          </w:p>
        </w:tc>
        <w:tc>
          <w:tcPr>
            <w:tcW w:type="dxa" w:w="1928"/>
            <w:shd w:fill="FF4F9A"/>
            <w:tcMar>
              <w:top w:w="75" w:type="dxa"/>
              <w:start w:w="120" w:type="dxa"/>
              <w:bottom w:w="75" w:type="dxa"/>
              <w:end w:w="120" w:type="dxa"/>
            </w:tcMar>
            <w:vAlign w:val="center"/>
          </w:tcPr>
          <w:p>
            <w:pPr>
              <w:jc w:val="right"/>
            </w:pPr>
            <w:r>
              <w:rPr>
                <w:rFonts w:ascii="Arial" w:hAnsi="Arial" w:eastAsia="Microsoft JhengHei"/>
                <w:b/>
                <w:color w:val="FFFFFF"/>
                <w:sz w:val="21"/>
              </w:rPr>
              <w:t>25 分</w:t>
            </w:r>
          </w:p>
        </w:tc>
      </w:tr>
    </w:tbl>
    <w:p>
      <w:pPr>
        <w:spacing w:after="0"/>
      </w:pPr>
    </w:p>
    <w:p>
      <w:pPr>
        <w:spacing w:after="60"/>
      </w:pPr>
      <w:r>
        <w:rPr>
          <w:rFonts w:ascii="Arial" w:hAnsi="Arial" w:eastAsia="Microsoft JhengHei"/>
          <w:b/>
          <w:color w:val="FF4F9A"/>
          <w:sz w:val="19"/>
        </w:rPr>
        <w:t xml:space="preserve">Directions: </w:t>
      </w:r>
      <w:r>
        <w:rPr>
          <w:rFonts w:ascii="Arial" w:hAnsi="Arial" w:eastAsia="Microsoft JhengHei"/>
          <w:b w:val="0"/>
          <w:color w:val="17324D"/>
          <w:sz w:val="19"/>
        </w:rPr>
        <w:t xml:space="preserve">Fill in each blank with one word. </w:t>
      </w:r>
      <w:r>
        <w:rPr>
          <w:rFonts w:ascii="Arial" w:hAnsi="Arial" w:eastAsia="Microsoft JhengHei"/>
          <w:b w:val="0"/>
          <w:color w:val="526879"/>
          <w:sz w:val="19"/>
        </w:rPr>
        <w:t>每格填入一個字。</w:t>
      </w:r>
    </w:p>
    <w:p>
      <w:pPr>
        <w:spacing w:after="80"/>
      </w:pPr>
      <w:r>
        <w:rPr>
          <w:rFonts w:ascii="Arial" w:hAnsi="Arial" w:eastAsia="Microsoft JhengHei"/>
          <w:b w:val="0"/>
          <w:color w:val="17324D"/>
          <w:sz w:val="21"/>
        </w:rPr>
        <w:t>Ela is ______ (1) a diet because she thinks she looks fat in a photo. She has ______ (2) had breakfast, but she only ate a banana. Cody says a ______ (3) diet is important, ______ (4) eating only one type of food is bad for your health. Ela has not tried exercising ______ (5).</w:t>
      </w:r>
    </w:p>
    <w:tbl>
      <w:tblPr>
        <w:tblW w:type="dxa" w:w="10318"/>
        <w:jc w:val="center"/>
        <w:tblLayout w:type="fixed"/>
        <w:tblLook w:firstColumn="1" w:firstRow="1" w:lastColumn="0" w:lastRow="0" w:noHBand="0" w:noVBand="1" w:val="04A0"/>
        <w:tblInd w:w="0" w:type="dxa"/>
      </w:tblPr>
      <w:tblGrid>
        <w:gridCol w:w="3436"/>
        <w:gridCol w:w="3436"/>
        <w:gridCol w:w="3447"/>
      </w:tblGrid>
      <w:tr>
        <w:tc>
          <w:tcPr>
            <w:tcW w:type="dxa" w:w="3436"/>
            <w:tcMar>
              <w:top w:w="90" w:type="dxa"/>
              <w:start w:w="100" w:type="dxa"/>
              <w:bottom w:w="90" w:type="dxa"/>
              <w:end w:w="100" w:type="dxa"/>
            </w:tcMar>
          </w:tcPr>
          <w:p>
            <w:r>
              <w:rPr>
                <w:rFonts w:ascii="Arial" w:hAnsi="Arial" w:eastAsia="Microsoft JhengHei"/>
                <w:b w:val="0"/>
                <w:color w:val="17324D"/>
                <w:sz w:val="19"/>
              </w:rPr>
              <w:t>1. __________________</w:t>
            </w:r>
          </w:p>
        </w:tc>
        <w:tc>
          <w:tcPr>
            <w:tcW w:type="dxa" w:w="3436"/>
            <w:tcMar>
              <w:top w:w="90" w:type="dxa"/>
              <w:start w:w="100" w:type="dxa"/>
              <w:bottom w:w="90" w:type="dxa"/>
              <w:end w:w="100" w:type="dxa"/>
            </w:tcMar>
          </w:tcPr>
          <w:p>
            <w:r>
              <w:rPr>
                <w:rFonts w:ascii="Arial" w:hAnsi="Arial" w:eastAsia="Microsoft JhengHei"/>
                <w:b w:val="0"/>
                <w:color w:val="17324D"/>
                <w:sz w:val="19"/>
              </w:rPr>
              <w:t>2. __________________</w:t>
            </w:r>
          </w:p>
        </w:tc>
        <w:tc>
          <w:tcPr>
            <w:tcW w:type="dxa" w:w="3447"/>
            <w:tcMar>
              <w:top w:w="90" w:type="dxa"/>
              <w:start w:w="100" w:type="dxa"/>
              <w:bottom w:w="90" w:type="dxa"/>
              <w:end w:w="100" w:type="dxa"/>
            </w:tcMar>
          </w:tcPr>
          <w:p>
            <w:r>
              <w:rPr>
                <w:rFonts w:ascii="Arial" w:hAnsi="Arial" w:eastAsia="Microsoft JhengHei"/>
                <w:b w:val="0"/>
                <w:color w:val="17324D"/>
                <w:sz w:val="19"/>
              </w:rPr>
              <w:t>3. __________________</w:t>
            </w:r>
          </w:p>
        </w:tc>
      </w:tr>
      <w:tr>
        <w:tc>
          <w:tcPr>
            <w:tcW w:type="dxa" w:w="3436"/>
            <w:tcMar>
              <w:top w:w="90" w:type="dxa"/>
              <w:start w:w="100" w:type="dxa"/>
              <w:bottom w:w="90" w:type="dxa"/>
              <w:end w:w="100" w:type="dxa"/>
            </w:tcMar>
          </w:tcPr>
          <w:p>
            <w:r>
              <w:rPr>
                <w:rFonts w:ascii="Arial" w:hAnsi="Arial" w:eastAsia="Microsoft JhengHei"/>
                <w:b w:val="0"/>
                <w:color w:val="17324D"/>
                <w:sz w:val="19"/>
              </w:rPr>
              <w:t>4. __________________</w:t>
            </w:r>
          </w:p>
        </w:tc>
        <w:tc>
          <w:tcPr>
            <w:tcW w:type="dxa" w:w="3436"/>
            <w:tcMar>
              <w:top w:w="90" w:type="dxa"/>
              <w:start w:w="100" w:type="dxa"/>
              <w:bottom w:w="90" w:type="dxa"/>
              <w:end w:w="100" w:type="dxa"/>
            </w:tcMar>
          </w:tcPr>
          <w:p>
            <w:r>
              <w:rPr>
                <w:rFonts w:ascii="Arial" w:hAnsi="Arial" w:eastAsia="Microsoft JhengHei"/>
                <w:b w:val="0"/>
                <w:color w:val="17324D"/>
                <w:sz w:val="19"/>
              </w:rPr>
              <w:t>5. __________________</w:t>
            </w:r>
          </w:p>
        </w:tc>
        <w:tc>
          <w:tcPr>
            <w:tcW w:type="dxa" w:w="3447"/>
            <w:tcMar>
              <w:top w:w="90" w:type="dxa"/>
              <w:start w:w="100" w:type="dxa"/>
              <w:bottom w:w="90" w:type="dxa"/>
              <w:end w:w="100" w:type="dxa"/>
            </w:tcMar>
          </w:tcPr>
          <w:p>
            <w:r>
              <w:rPr>
                <w:rFonts w:ascii="Arial" w:hAnsi="Arial" w:eastAsia="Microsoft JhengHei"/>
                <w:b w:val="0"/>
                <w:color w:val="17324D"/>
                <w:sz w:val="19"/>
              </w:rPr>
              <w:t>檢查：每格一字 □</w:t>
            </w:r>
          </w:p>
        </w:tc>
      </w:tr>
    </w:tbl>
    <w:tbl>
      <w:tblPr>
        <w:tblW w:type="dxa" w:w="10318"/>
        <w:jc w:val="center"/>
        <w:tblLayout w:type="fixed"/>
        <w:tblLook w:firstColumn="1" w:firstRow="1" w:lastColumn="0" w:lastRow="0" w:noHBand="0" w:noVBand="1" w:val="04A0"/>
        <w:tblInd w:w="0" w:type="dxa"/>
      </w:tblPr>
      <w:tblGrid>
        <w:gridCol w:w="8391"/>
        <w:gridCol w:w="1928"/>
      </w:tblGrid>
      <w:tr>
        <w:tc>
          <w:tcPr>
            <w:tcW w:type="dxa" w:w="8391"/>
            <w:shd w:fill="7C4DFF"/>
            <w:tcMar>
              <w:top w:w="75" w:type="dxa"/>
              <w:start w:w="120" w:type="dxa"/>
              <w:bottom w:w="75" w:type="dxa"/>
              <w:end w:w="120" w:type="dxa"/>
            </w:tcMar>
            <w:vAlign w:val="center"/>
          </w:tcPr>
          <w:p>
            <w:r>
              <w:rPr>
                <w:rFonts w:ascii="Arial" w:hAnsi="Arial" w:eastAsia="Microsoft JhengHei"/>
                <w:b/>
                <w:color w:val="FFFFFF"/>
                <w:sz w:val="24"/>
              </w:rPr>
              <w:t>C. 閱讀測驗 Reading Comprehension</w:t>
            </w:r>
          </w:p>
        </w:tc>
        <w:tc>
          <w:tcPr>
            <w:tcW w:type="dxa" w:w="1928"/>
            <w:shd w:fill="7C4DFF"/>
            <w:tcMar>
              <w:top w:w="75" w:type="dxa"/>
              <w:start w:w="120" w:type="dxa"/>
              <w:bottom w:w="75" w:type="dxa"/>
              <w:end w:w="120" w:type="dxa"/>
            </w:tcMar>
            <w:vAlign w:val="center"/>
          </w:tcPr>
          <w:p>
            <w:pPr>
              <w:jc w:val="right"/>
            </w:pPr>
            <w:r>
              <w:rPr>
                <w:rFonts w:ascii="Arial" w:hAnsi="Arial" w:eastAsia="Microsoft JhengHei"/>
                <w:b/>
                <w:color w:val="FFFFFF"/>
                <w:sz w:val="21"/>
              </w:rPr>
              <w:t>25 分</w:t>
            </w:r>
          </w:p>
        </w:tc>
      </w:tr>
    </w:tbl>
    <w:p>
      <w:pPr>
        <w:spacing w:after="0"/>
      </w:pPr>
    </w:p>
    <w:p>
      <w:pPr>
        <w:spacing w:after="60"/>
      </w:pPr>
      <w:r>
        <w:rPr>
          <w:rFonts w:ascii="Arial" w:hAnsi="Arial" w:eastAsia="Microsoft JhengHei"/>
          <w:b/>
          <w:color w:val="FF4F9A"/>
          <w:sz w:val="19"/>
        </w:rPr>
        <w:t xml:space="preserve">Directions: </w:t>
      </w:r>
      <w:r>
        <w:rPr>
          <w:rFonts w:ascii="Arial" w:hAnsi="Arial" w:eastAsia="Microsoft JhengHei"/>
          <w:b w:val="0"/>
          <w:color w:val="17324D"/>
          <w:sz w:val="19"/>
        </w:rPr>
        <w:t xml:space="preserve">Read and choose the best answer. </w:t>
      </w:r>
      <w:r>
        <w:rPr>
          <w:rFonts w:ascii="Arial" w:hAnsi="Arial" w:eastAsia="Microsoft JhengHei"/>
          <w:b w:val="0"/>
          <w:color w:val="526879"/>
          <w:sz w:val="19"/>
        </w:rPr>
        <w:t>圈題幹關鍵字，再回文章找證據。</w:t>
      </w:r>
    </w:p>
    <w:tbl>
      <w:tblPr>
        <w:tblW w:type="dxa" w:w="10318"/>
        <w:jc w:val="center"/>
        <w:tblLayout w:type="fixed"/>
        <w:tblLook w:firstColumn="1" w:firstRow="1" w:lastColumn="0" w:lastRow="0" w:noHBand="0" w:noVBand="1" w:val="04A0"/>
        <w:tblInd w:w="0" w:type="dxa"/>
      </w:tblPr>
      <w:tblGrid>
        <w:gridCol w:w="10318"/>
      </w:tblGrid>
      <w:tr>
        <w:tc>
          <w:tcPr>
            <w:tcW w:type="dxa" w:w="10318"/>
            <w:shd w:fill="FFF8D8"/>
            <w:tcMar>
              <w:top w:w="90" w:type="dxa"/>
              <w:start w:w="140" w:type="dxa"/>
              <w:bottom w:w="90" w:type="dxa"/>
              <w:end w:w="140" w:type="dxa"/>
            </w:tcMar>
          </w:tcPr>
          <w:p>
            <w:pPr>
              <w:spacing w:after="0"/>
            </w:pPr>
            <w:r>
              <w:rPr>
                <w:rFonts w:ascii="Arial" w:hAnsi="Arial" w:eastAsia="Microsoft JhengHei"/>
                <w:b/>
                <w:color w:val="17324D"/>
                <w:sz w:val="18"/>
              </w:rPr>
              <w:t>A1 字彙提示：senior high school 高中｜dream 夢想｜practice 練習｜exam 考試｜future 未來</w:t>
            </w:r>
          </w:p>
        </w:tc>
      </w:tr>
    </w:tbl>
    <w:p>
      <w:pPr>
        <w:spacing w:after="0"/>
      </w:pPr>
    </w:p>
    <w:p>
      <w:pPr>
        <w:spacing w:after="60" w:line="259" w:lineRule="auto"/>
      </w:pPr>
      <w:r>
        <w:rPr>
          <w:rFonts w:ascii="Arial" w:hAnsi="Arial" w:eastAsia="Microsoft JhengHei"/>
          <w:b w:val="0"/>
          <w:color w:val="17324D"/>
          <w:sz w:val="20"/>
        </w:rPr>
        <w:t>Ted is a senior high school student. He is writing to Debbie because he needs her help. His parents want him to stop playing music, but music is important to him. He is good at playing the drums, and his dream is to become a pop star. He has just started a band with his friends. However, he has spent a lot of time practicing lately and did terribly on his exams. His parents are worried about his future. Ted wants them to understand his dream.</w:t>
      </w:r>
    </w:p>
    <w:p>
      <w:r>
        <w:rPr>
          <w:rFonts w:ascii="Arial" w:hAnsi="Arial" w:eastAsia="Microsoft JhengHei"/>
          <w:b w:val="0"/>
          <w:color w:val="526879"/>
          <w:sz w:val="19"/>
        </w:rPr>
        <w:t>我的證據詞／句：____________________________________________________________</w:t>
      </w:r>
    </w:p>
    <w:p>
      <w:r>
        <w:br w:type="page"/>
      </w:r>
    </w:p>
    <w:tbl>
      <w:tblPr>
        <w:tblW w:type="dxa" w:w="10318"/>
        <w:jc w:val="center"/>
        <w:tblLayout w:type="fixed"/>
        <w:tblLook w:firstColumn="1" w:firstRow="1" w:lastColumn="0" w:lastRow="0" w:noHBand="0" w:noVBand="1" w:val="04A0"/>
        <w:tblInd w:w="0" w:type="dxa"/>
      </w:tblPr>
      <w:tblGrid>
        <w:gridCol w:w="8391"/>
        <w:gridCol w:w="1928"/>
      </w:tblGrid>
      <w:tr>
        <w:tc>
          <w:tcPr>
            <w:tcW w:type="dxa" w:w="8391"/>
            <w:shd w:fill="7C4DFF"/>
            <w:tcMar>
              <w:top w:w="75" w:type="dxa"/>
              <w:start w:w="120" w:type="dxa"/>
              <w:bottom w:w="75" w:type="dxa"/>
              <w:end w:w="120" w:type="dxa"/>
            </w:tcMar>
            <w:vAlign w:val="center"/>
          </w:tcPr>
          <w:p>
            <w:r>
              <w:rPr>
                <w:rFonts w:ascii="Arial" w:hAnsi="Arial" w:eastAsia="Microsoft JhengHei"/>
                <w:b/>
                <w:color w:val="FFFFFF"/>
                <w:sz w:val="24"/>
              </w:rPr>
              <w:t>C. 閱讀測驗 Reading Comprehension（續）</w:t>
            </w:r>
          </w:p>
        </w:tc>
        <w:tc>
          <w:tcPr>
            <w:tcW w:type="dxa" w:w="1928"/>
            <w:shd w:fill="7C4DFF"/>
            <w:tcMar>
              <w:top w:w="75" w:type="dxa"/>
              <w:start w:w="120" w:type="dxa"/>
              <w:bottom w:w="75" w:type="dxa"/>
              <w:end w:w="120" w:type="dxa"/>
            </w:tcMar>
            <w:vAlign w:val="center"/>
          </w:tcPr>
          <w:p>
            <w:pPr>
              <w:jc w:val="right"/>
            </w:pPr>
            <w:r>
              <w:rPr>
                <w:rFonts w:ascii="Arial" w:hAnsi="Arial" w:eastAsia="Microsoft JhengHei"/>
                <w:b/>
                <w:color w:val="FFFFFF"/>
                <w:sz w:val="21"/>
              </w:rPr>
              <w:t>每題 5 分</w:t>
            </w:r>
          </w:p>
        </w:tc>
      </w:tr>
    </w:tbl>
    <w:p>
      <w:pPr>
        <w:spacing w:after="0"/>
      </w:pPr>
    </w:p>
    <w:p>
      <w:pPr>
        <w:keepNext/>
        <w:spacing w:after="20"/>
      </w:pPr>
      <w:r>
        <w:rPr>
          <w:rFonts w:ascii="Arial" w:hAnsi="Arial" w:eastAsia="Microsoft JhengHei"/>
          <w:b/>
          <w:color w:val="17324D"/>
          <w:sz w:val="21"/>
        </w:rPr>
        <w:t>1. What is the main idea of the passage?</w:t>
      </w:r>
    </w:p>
    <w:p>
      <w:pPr>
        <w:spacing w:after="40"/>
        <w:ind w:left="142"/>
      </w:pPr>
      <w:r>
        <w:rPr>
          <w:rFonts w:ascii="Arial" w:hAnsi="Arial" w:eastAsia="Microsoft JhengHei"/>
          <w:b w:val="0"/>
          <w:color w:val="17324D"/>
          <w:sz w:val="19"/>
        </w:rPr>
        <w:t>(A) Ted asks Debbie for help with his music dream.　(B) Ted teaches his parents drums.　(C) Ted stops studying.　(D) Ted changes schools.</w:t>
      </w:r>
    </w:p>
    <w:p>
      <w:pPr>
        <w:spacing w:after="40"/>
        <w:ind w:left="142"/>
      </w:pPr>
      <w:r>
        <w:rPr>
          <w:rFonts w:ascii="Arial" w:hAnsi="Arial" w:eastAsia="Microsoft JhengHei"/>
          <w:b w:val="0"/>
          <w:color w:val="526879"/>
          <w:sz w:val="18"/>
        </w:rPr>
        <w:t>Evidence 證據：____________________________________________________________</w:t>
      </w:r>
    </w:p>
    <w:p>
      <w:pPr>
        <w:keepNext/>
        <w:spacing w:after="20"/>
      </w:pPr>
      <w:r>
        <w:rPr>
          <w:rFonts w:ascii="Arial" w:hAnsi="Arial" w:eastAsia="Microsoft JhengHei"/>
          <w:b/>
          <w:color w:val="17324D"/>
          <w:sz w:val="21"/>
        </w:rPr>
        <w:t>2. Why were Ted’s parents angry with him?</w:t>
      </w:r>
    </w:p>
    <w:p>
      <w:pPr>
        <w:spacing w:after="40"/>
        <w:ind w:left="142"/>
      </w:pPr>
      <w:r>
        <w:rPr>
          <w:rFonts w:ascii="Arial" w:hAnsi="Arial" w:eastAsia="Microsoft JhengHei"/>
          <w:b w:val="0"/>
          <w:color w:val="17324D"/>
          <w:sz w:val="19"/>
        </w:rPr>
        <w:t>(A) He disliked music.　(B) He practiced a lot and did terribly on exams.　(C) He lost his drums.　(D) He moved away.</w:t>
      </w:r>
    </w:p>
    <w:p>
      <w:pPr>
        <w:spacing w:after="40"/>
        <w:ind w:left="142"/>
      </w:pPr>
      <w:r>
        <w:rPr>
          <w:rFonts w:ascii="Arial" w:hAnsi="Arial" w:eastAsia="Microsoft JhengHei"/>
          <w:b w:val="0"/>
          <w:color w:val="526879"/>
          <w:sz w:val="18"/>
        </w:rPr>
        <w:t>Evidence 證據：____________________________________________________________</w:t>
      </w:r>
    </w:p>
    <w:p>
      <w:pPr>
        <w:keepNext/>
        <w:spacing w:after="20"/>
      </w:pPr>
      <w:r>
        <w:rPr>
          <w:rFonts w:ascii="Arial" w:hAnsi="Arial" w:eastAsia="Microsoft JhengHei"/>
          <w:b/>
          <w:color w:val="17324D"/>
          <w:sz w:val="21"/>
        </w:rPr>
        <w:t>3. What can we infer about Ted?</w:t>
      </w:r>
    </w:p>
    <w:p>
      <w:pPr>
        <w:spacing w:after="40"/>
        <w:ind w:left="142"/>
      </w:pPr>
      <w:r>
        <w:rPr>
          <w:rFonts w:ascii="Arial" w:hAnsi="Arial" w:eastAsia="Microsoft JhengHei"/>
          <w:b w:val="0"/>
          <w:color w:val="17324D"/>
          <w:sz w:val="19"/>
        </w:rPr>
        <w:t>(A) Music is a small hobby.　(B) He does not care about his parents.　(C) Music matters to him, but he must face his school problem.　(D) He never practices.</w:t>
      </w:r>
    </w:p>
    <w:p>
      <w:pPr>
        <w:spacing w:after="40"/>
        <w:ind w:left="142"/>
      </w:pPr>
      <w:r>
        <w:rPr>
          <w:rFonts w:ascii="Arial" w:hAnsi="Arial" w:eastAsia="Microsoft JhengHei"/>
          <w:b w:val="0"/>
          <w:color w:val="526879"/>
          <w:sz w:val="18"/>
        </w:rPr>
        <w:t>Evidence 證據：____________________________________________________________</w:t>
      </w:r>
    </w:p>
    <w:p>
      <w:pPr>
        <w:keepNext/>
        <w:spacing w:after="20"/>
      </w:pPr>
      <w:r>
        <w:rPr>
          <w:rFonts w:ascii="Arial" w:hAnsi="Arial" w:eastAsia="Microsoft JhengHei"/>
          <w:b/>
          <w:color w:val="17324D"/>
          <w:sz w:val="21"/>
        </w:rPr>
        <w:t>4. Why did Ted write to Debbie?</w:t>
      </w:r>
    </w:p>
    <w:p>
      <w:pPr>
        <w:spacing w:after="40"/>
        <w:ind w:left="142"/>
      </w:pPr>
      <w:r>
        <w:rPr>
          <w:rFonts w:ascii="Arial" w:hAnsi="Arial" w:eastAsia="Microsoft JhengHei"/>
          <w:b w:val="0"/>
          <w:color w:val="17324D"/>
          <w:sz w:val="19"/>
        </w:rPr>
        <w:t>(A) To ask for advice.　(B) To invite her.　(C) To sell drums.　(D) To report a test.</w:t>
      </w:r>
    </w:p>
    <w:p>
      <w:pPr>
        <w:spacing w:after="40"/>
        <w:ind w:left="142"/>
      </w:pPr>
      <w:r>
        <w:rPr>
          <w:rFonts w:ascii="Arial" w:hAnsi="Arial" w:eastAsia="Microsoft JhengHei"/>
          <w:b w:val="0"/>
          <w:color w:val="526879"/>
          <w:sz w:val="18"/>
        </w:rPr>
        <w:t>Evidence 證據：____________________________________________________________</w:t>
      </w:r>
    </w:p>
    <w:p>
      <w:pPr>
        <w:keepNext/>
        <w:spacing w:after="20"/>
      </w:pPr>
      <w:r>
        <w:rPr>
          <w:rFonts w:ascii="Arial" w:hAnsi="Arial" w:eastAsia="Microsoft JhengHei"/>
          <w:b/>
          <w:color w:val="17324D"/>
          <w:sz w:val="21"/>
        </w:rPr>
        <w:t>5. Which best describes Ted and his parents?</w:t>
      </w:r>
    </w:p>
    <w:p>
      <w:pPr>
        <w:spacing w:after="40"/>
        <w:ind w:left="142"/>
      </w:pPr>
      <w:r>
        <w:rPr>
          <w:rFonts w:ascii="Arial" w:hAnsi="Arial" w:eastAsia="Microsoft JhengHei"/>
          <w:b w:val="0"/>
          <w:color w:val="17324D"/>
          <w:sz w:val="19"/>
        </w:rPr>
        <w:t>(A) They do not care.　(B) They care about his future but disagree about music.　(C) They always agree.　(D) They do not know his dream.</w:t>
      </w:r>
    </w:p>
    <w:p>
      <w:pPr>
        <w:spacing w:after="40"/>
        <w:ind w:left="142"/>
      </w:pPr>
      <w:r>
        <w:rPr>
          <w:rFonts w:ascii="Arial" w:hAnsi="Arial" w:eastAsia="Microsoft JhengHei"/>
          <w:b w:val="0"/>
          <w:color w:val="526879"/>
          <w:sz w:val="18"/>
        </w:rPr>
        <w:t>Evidence 證據：____________________________________________________________</w:t>
      </w:r>
    </w:p>
    <w:tbl>
      <w:tblPr>
        <w:tblW w:type="dxa" w:w="10318"/>
        <w:jc w:val="center"/>
        <w:tblLayout w:type="fixed"/>
        <w:tblLook w:firstColumn="1" w:firstRow="1" w:lastColumn="0" w:lastRow="0" w:noHBand="0" w:noVBand="1" w:val="04A0"/>
        <w:tblInd w:w="0" w:type="dxa"/>
      </w:tblPr>
      <w:tblGrid>
        <w:gridCol w:w="8391"/>
        <w:gridCol w:w="1928"/>
      </w:tblGrid>
      <w:tr>
        <w:tc>
          <w:tcPr>
            <w:tcW w:type="dxa" w:w="8391"/>
            <w:shd w:fill="18BFC3"/>
            <w:tcMar>
              <w:top w:w="75" w:type="dxa"/>
              <w:start w:w="120" w:type="dxa"/>
              <w:bottom w:w="75" w:type="dxa"/>
              <w:end w:w="120" w:type="dxa"/>
            </w:tcMar>
            <w:vAlign w:val="center"/>
          </w:tcPr>
          <w:p>
            <w:r>
              <w:rPr>
                <w:rFonts w:ascii="Arial" w:hAnsi="Arial" w:eastAsia="Microsoft JhengHei"/>
                <w:b/>
                <w:color w:val="FFFFFF"/>
                <w:sz w:val="24"/>
              </w:rPr>
              <w:t>D. 片語填充 Phrase Fill</w:t>
            </w:r>
          </w:p>
        </w:tc>
        <w:tc>
          <w:tcPr>
            <w:tcW w:type="dxa" w:w="1928"/>
            <w:shd w:fill="18BFC3"/>
            <w:tcMar>
              <w:top w:w="75" w:type="dxa"/>
              <w:start w:w="120" w:type="dxa"/>
              <w:bottom w:w="75" w:type="dxa"/>
              <w:end w:w="120" w:type="dxa"/>
            </w:tcMar>
            <w:vAlign w:val="center"/>
          </w:tcPr>
          <w:p>
            <w:pPr>
              <w:jc w:val="right"/>
            </w:pPr>
            <w:r>
              <w:rPr>
                <w:rFonts w:ascii="Arial" w:hAnsi="Arial" w:eastAsia="Microsoft JhengHei"/>
                <w:b/>
                <w:color w:val="FFFFFF"/>
                <w:sz w:val="21"/>
              </w:rPr>
              <w:t>10 分</w:t>
            </w:r>
          </w:p>
        </w:tc>
      </w:tr>
    </w:tbl>
    <w:p>
      <w:pPr>
        <w:spacing w:after="0"/>
      </w:pPr>
    </w:p>
    <w:p>
      <w:pPr>
        <w:spacing w:after="60"/>
      </w:pPr>
      <w:r>
        <w:rPr>
          <w:rFonts w:ascii="Arial" w:hAnsi="Arial" w:eastAsia="Microsoft JhengHei"/>
          <w:b/>
          <w:color w:val="FF4F9A"/>
          <w:sz w:val="19"/>
        </w:rPr>
        <w:t xml:space="preserve">Directions: </w:t>
      </w:r>
      <w:r>
        <w:rPr>
          <w:rFonts w:ascii="Arial" w:hAnsi="Arial" w:eastAsia="Microsoft JhengHei"/>
          <w:b w:val="0"/>
          <w:color w:val="17324D"/>
          <w:sz w:val="19"/>
        </w:rPr>
        <w:t xml:space="preserve">Use each phrase once: be on a diet / take action. </w:t>
      </w:r>
      <w:r>
        <w:rPr>
          <w:rFonts w:ascii="Arial" w:hAnsi="Arial" w:eastAsia="Microsoft JhengHei"/>
          <w:b w:val="0"/>
          <w:color w:val="526879"/>
          <w:sz w:val="19"/>
        </w:rPr>
        <w:t>每個片語使用一次。</w:t>
      </w:r>
    </w:p>
    <w:p>
      <w:pPr>
        <w:keepNext w:val="0"/>
        <w:spacing w:after="20"/>
      </w:pPr>
      <w:r>
        <w:rPr>
          <w:rFonts w:ascii="Arial" w:hAnsi="Arial" w:eastAsia="Microsoft JhengHei"/>
          <w:b/>
          <w:color w:val="17324D"/>
          <w:sz w:val="21"/>
        </w:rPr>
        <w:t>1. Ela is __________________________ because she wants to be slim.</w:t>
      </w:r>
    </w:p>
    <w:p>
      <w:pPr>
        <w:keepNext w:val="0"/>
        <w:spacing w:after="20"/>
      </w:pPr>
      <w:r>
        <w:rPr>
          <w:rFonts w:ascii="Arial" w:hAnsi="Arial" w:eastAsia="Microsoft JhengHei"/>
          <w:b/>
          <w:color w:val="17324D"/>
          <w:sz w:val="21"/>
        </w:rPr>
        <w:t>2. I understand the problem. I need to __________________________ now.</w:t>
      </w:r>
    </w:p>
    <w:p>
      <w:r>
        <w:br w:type="page"/>
      </w:r>
    </w:p>
    <w:tbl>
      <w:tblPr>
        <w:tblW w:type="dxa" w:w="10318"/>
        <w:jc w:val="center"/>
        <w:tblLayout w:type="fixed"/>
        <w:tblLook w:firstColumn="1" w:firstRow="1" w:lastColumn="0" w:lastRow="0" w:noHBand="0" w:noVBand="1" w:val="04A0"/>
        <w:tblInd w:w="0" w:type="dxa"/>
      </w:tblPr>
      <w:tblGrid>
        <w:gridCol w:w="8391"/>
        <w:gridCol w:w="1928"/>
      </w:tblGrid>
      <w:tr>
        <w:tc>
          <w:tcPr>
            <w:tcW w:type="dxa" w:w="8391"/>
            <w:shd w:fill="2878FF"/>
            <w:tcMar>
              <w:top w:w="75" w:type="dxa"/>
              <w:start w:w="120" w:type="dxa"/>
              <w:bottom w:w="75" w:type="dxa"/>
              <w:end w:w="120" w:type="dxa"/>
            </w:tcMar>
            <w:vAlign w:val="center"/>
          </w:tcPr>
          <w:p>
            <w:r>
              <w:rPr>
                <w:rFonts w:ascii="Arial" w:hAnsi="Arial" w:eastAsia="Microsoft JhengHei"/>
                <w:b/>
                <w:color w:val="FFFFFF"/>
                <w:sz w:val="24"/>
              </w:rPr>
              <w:t>E. 句子重組 Sentence Reordering</w:t>
            </w:r>
          </w:p>
        </w:tc>
        <w:tc>
          <w:tcPr>
            <w:tcW w:type="dxa" w:w="1928"/>
            <w:shd w:fill="2878FF"/>
            <w:tcMar>
              <w:top w:w="75" w:type="dxa"/>
              <w:start w:w="120" w:type="dxa"/>
              <w:bottom w:w="75" w:type="dxa"/>
              <w:end w:w="120" w:type="dxa"/>
            </w:tcMar>
            <w:vAlign w:val="center"/>
          </w:tcPr>
          <w:p>
            <w:pPr>
              <w:jc w:val="right"/>
            </w:pPr>
            <w:r>
              <w:rPr>
                <w:rFonts w:ascii="Arial" w:hAnsi="Arial" w:eastAsia="Microsoft JhengHei"/>
                <w:b/>
                <w:color w:val="FFFFFF"/>
                <w:sz w:val="21"/>
              </w:rPr>
              <w:t>10 分</w:t>
            </w:r>
          </w:p>
        </w:tc>
      </w:tr>
    </w:tbl>
    <w:p>
      <w:pPr>
        <w:spacing w:after="0"/>
      </w:pPr>
    </w:p>
    <w:p>
      <w:pPr>
        <w:spacing w:after="60"/>
      </w:pPr>
      <w:r>
        <w:rPr>
          <w:rFonts w:ascii="Arial" w:hAnsi="Arial" w:eastAsia="Microsoft JhengHei"/>
          <w:b/>
          <w:color w:val="FF4F9A"/>
          <w:sz w:val="19"/>
        </w:rPr>
        <w:t xml:space="preserve">Directions: </w:t>
      </w:r>
      <w:r>
        <w:rPr>
          <w:rFonts w:ascii="Arial" w:hAnsi="Arial" w:eastAsia="Microsoft JhengHei"/>
          <w:b w:val="0"/>
          <w:color w:val="17324D"/>
          <w:sz w:val="19"/>
        </w:rPr>
        <w:t xml:space="preserve">Put the chunks in the correct order. </w:t>
      </w:r>
      <w:r>
        <w:rPr>
          <w:rFonts w:ascii="Arial" w:hAnsi="Arial" w:eastAsia="Microsoft JhengHei"/>
          <w:b w:val="0"/>
          <w:color w:val="526879"/>
          <w:sz w:val="19"/>
        </w:rPr>
        <w:t>將語塊重組成正確句子。</w:t>
      </w:r>
    </w:p>
    <w:p>
      <w:pPr>
        <w:keepNext w:val="0"/>
        <w:spacing w:after="20"/>
      </w:pPr>
      <w:r>
        <w:rPr>
          <w:rFonts w:ascii="Arial" w:hAnsi="Arial" w:eastAsia="Microsoft JhengHei"/>
          <w:b/>
          <w:color w:val="17324D"/>
          <w:sz w:val="21"/>
        </w:rPr>
        <w:t>1. [ had / you / breakfast / Have / yet ]</w:t>
      </w:r>
    </w:p>
    <w:p>
      <w:pPr>
        <w:spacing w:after="40" w:line="240" w:lineRule="auto"/>
      </w:pPr>
      <w:r>
        <w:rPr>
          <w:rFonts w:ascii="Arial" w:hAnsi="Arial" w:eastAsia="Microsoft JhengHei"/>
          <w:b w:val="0"/>
          <w:color w:val="526879"/>
          <w:sz w:val="18"/>
        </w:rPr>
        <w:t>________________________________________________________________________________</w:t>
      </w:r>
    </w:p>
    <w:p>
      <w:pPr>
        <w:keepNext w:val="0"/>
        <w:spacing w:after="20"/>
      </w:pPr>
      <w:r>
        <w:rPr>
          <w:rFonts w:ascii="Arial" w:hAnsi="Arial" w:eastAsia="Microsoft JhengHei"/>
          <w:b/>
          <w:color w:val="17324D"/>
          <w:sz w:val="21"/>
        </w:rPr>
        <w:t>2. [ at / the drums / good / playing / I / am ]</w:t>
      </w:r>
    </w:p>
    <w:p>
      <w:pPr>
        <w:spacing w:after="40" w:line="240" w:lineRule="auto"/>
      </w:pPr>
      <w:r>
        <w:rPr>
          <w:rFonts w:ascii="Arial" w:hAnsi="Arial" w:eastAsia="Microsoft JhengHei"/>
          <w:b w:val="0"/>
          <w:color w:val="526879"/>
          <w:sz w:val="18"/>
        </w:rPr>
        <w:t>________________________________________________________________________________</w:t>
      </w:r>
    </w:p>
    <w:tbl>
      <w:tblPr>
        <w:tblW w:type="dxa" w:w="10318"/>
        <w:jc w:val="center"/>
        <w:tblLayout w:type="fixed"/>
        <w:tblLook w:firstColumn="1" w:firstRow="1" w:lastColumn="0" w:lastRow="0" w:noHBand="0" w:noVBand="1" w:val="04A0"/>
        <w:tblInd w:w="0" w:type="dxa"/>
      </w:tblPr>
      <w:tblGrid>
        <w:gridCol w:w="8391"/>
        <w:gridCol w:w="1928"/>
      </w:tblGrid>
      <w:tr>
        <w:tc>
          <w:tcPr>
            <w:tcW w:type="dxa" w:w="8391"/>
            <w:shd w:fill="FF4F9A"/>
            <w:tcMar>
              <w:top w:w="75" w:type="dxa"/>
              <w:start w:w="120" w:type="dxa"/>
              <w:bottom w:w="75" w:type="dxa"/>
              <w:end w:w="120" w:type="dxa"/>
            </w:tcMar>
            <w:vAlign w:val="center"/>
          </w:tcPr>
          <w:p>
            <w:r>
              <w:rPr>
                <w:rFonts w:ascii="Arial" w:hAnsi="Arial" w:eastAsia="Microsoft JhengHei"/>
                <w:b/>
                <w:color w:val="FFFFFF"/>
                <w:sz w:val="24"/>
              </w:rPr>
              <w:t>F. 翻譯 Translation</w:t>
            </w:r>
          </w:p>
        </w:tc>
        <w:tc>
          <w:tcPr>
            <w:tcW w:type="dxa" w:w="1928"/>
            <w:shd w:fill="FF4F9A"/>
            <w:tcMar>
              <w:top w:w="75" w:type="dxa"/>
              <w:start w:w="120" w:type="dxa"/>
              <w:bottom w:w="75" w:type="dxa"/>
              <w:end w:w="120" w:type="dxa"/>
            </w:tcMar>
            <w:vAlign w:val="center"/>
          </w:tcPr>
          <w:p>
            <w:pPr>
              <w:jc w:val="right"/>
            </w:pPr>
            <w:r>
              <w:rPr>
                <w:rFonts w:ascii="Arial" w:hAnsi="Arial" w:eastAsia="Microsoft JhengHei"/>
                <w:b/>
                <w:color w:val="FFFFFF"/>
                <w:sz w:val="21"/>
              </w:rPr>
              <w:t>5 分</w:t>
            </w:r>
          </w:p>
        </w:tc>
      </w:tr>
    </w:tbl>
    <w:p>
      <w:pPr>
        <w:spacing w:after="0"/>
      </w:pPr>
    </w:p>
    <w:p>
      <w:pPr>
        <w:spacing w:after="60"/>
      </w:pPr>
      <w:r>
        <w:rPr>
          <w:rFonts w:ascii="Arial" w:hAnsi="Arial" w:eastAsia="Microsoft JhengHei"/>
          <w:b/>
          <w:color w:val="FF4F9A"/>
          <w:sz w:val="19"/>
        </w:rPr>
        <w:t xml:space="preserve">Directions: </w:t>
      </w:r>
      <w:r>
        <w:rPr>
          <w:rFonts w:ascii="Arial" w:hAnsi="Arial" w:eastAsia="Microsoft JhengHei"/>
          <w:b w:val="0"/>
          <w:color w:val="17324D"/>
          <w:sz w:val="19"/>
        </w:rPr>
        <w:t xml:space="preserve">Translate the sentence into English. </w:t>
      </w:r>
      <w:r>
        <w:rPr>
          <w:rFonts w:ascii="Arial" w:hAnsi="Arial" w:eastAsia="Microsoft JhengHei"/>
          <w:b w:val="0"/>
          <w:color w:val="526879"/>
          <w:sz w:val="19"/>
        </w:rPr>
        <w:t>將句子翻譯成英文。</w:t>
      </w:r>
    </w:p>
    <w:p>
      <w:r>
        <w:rPr>
          <w:rFonts w:ascii="Arial" w:hAnsi="Arial" w:eastAsia="Microsoft JhengHei"/>
          <w:b/>
          <w:color w:val="17324D"/>
          <w:sz w:val="21"/>
        </w:rPr>
        <w:t>我已經吃過早餐了，但是我只吃了一根香蕉。</w:t>
      </w:r>
    </w:p>
    <w:p>
      <w:pPr>
        <w:spacing w:after="40" w:line="240" w:lineRule="auto"/>
      </w:pPr>
      <w:r>
        <w:rPr>
          <w:rFonts w:ascii="Arial" w:hAnsi="Arial" w:eastAsia="Microsoft JhengHei"/>
          <w:b w:val="0"/>
          <w:color w:val="526879"/>
          <w:sz w:val="18"/>
        </w:rPr>
        <w:t>__________________________________________________________________________________</w:t>
      </w:r>
    </w:p>
    <w:p>
      <w:pPr>
        <w:spacing w:after="40" w:line="240" w:lineRule="auto"/>
      </w:pPr>
      <w:r>
        <w:rPr>
          <w:rFonts w:ascii="Arial" w:hAnsi="Arial" w:eastAsia="Microsoft JhengHei"/>
          <w:b w:val="0"/>
          <w:color w:val="526879"/>
          <w:sz w:val="18"/>
        </w:rPr>
        <w:t>__________________________________________________________________________________</w:t>
      </w:r>
    </w:p>
    <w:tbl>
      <w:tblPr>
        <w:tblW w:type="dxa" w:w="10318"/>
        <w:jc w:val="center"/>
        <w:tblLayout w:type="fixed"/>
        <w:tblLook w:firstColumn="1" w:firstRow="1" w:lastColumn="0" w:lastRow="0" w:noHBand="0" w:noVBand="1" w:val="04A0"/>
        <w:tblInd w:w="0" w:type="dxa"/>
      </w:tblPr>
      <w:tblGrid>
        <w:gridCol w:w="8391"/>
        <w:gridCol w:w="1928"/>
      </w:tblGrid>
      <w:tr>
        <w:tc>
          <w:tcPr>
            <w:tcW w:type="dxa" w:w="8391"/>
            <w:shd w:fill="18BFC3"/>
            <w:tcMar>
              <w:top w:w="75" w:type="dxa"/>
              <w:start w:w="120" w:type="dxa"/>
              <w:bottom w:w="75" w:type="dxa"/>
              <w:end w:w="120" w:type="dxa"/>
            </w:tcMar>
            <w:vAlign w:val="center"/>
          </w:tcPr>
          <w:p>
            <w:r>
              <w:rPr>
                <w:rFonts w:ascii="Arial" w:hAnsi="Arial" w:eastAsia="Microsoft JhengHei"/>
                <w:b/>
                <w:color w:val="FFFFFF"/>
                <w:sz w:val="24"/>
              </w:rPr>
              <w:t>口說. TBL Speaking Mission｜Give Ela One Healthy Tip</w:t>
            </w:r>
          </w:p>
        </w:tc>
        <w:tc>
          <w:tcPr>
            <w:tcW w:type="dxa" w:w="1928"/>
            <w:shd w:fill="18BFC3"/>
            <w:tcMar>
              <w:top w:w="75" w:type="dxa"/>
              <w:start w:w="120" w:type="dxa"/>
              <w:bottom w:w="75" w:type="dxa"/>
              <w:end w:w="120" w:type="dxa"/>
            </w:tcMar>
            <w:vAlign w:val="center"/>
          </w:tcPr>
          <w:p>
            <w:pPr>
              <w:jc w:val="right"/>
            </w:pPr>
            <w:r>
              <w:rPr>
                <w:rFonts w:ascii="Arial" w:hAnsi="Arial" w:eastAsia="Microsoft JhengHei"/>
                <w:b/>
                <w:color w:val="FFFFFF"/>
                <w:sz w:val="21"/>
              </w:rPr>
              <w:t>課堂任務</w:t>
            </w:r>
          </w:p>
        </w:tc>
      </w:tr>
    </w:tbl>
    <w:p>
      <w:pPr>
        <w:spacing w:after="0"/>
      </w:pPr>
    </w:p>
    <w:p>
      <w:pPr>
        <w:spacing w:after="60"/>
      </w:pPr>
      <w:r>
        <w:rPr>
          <w:rFonts w:ascii="Arial" w:hAnsi="Arial" w:eastAsia="Microsoft JhengHei"/>
          <w:b/>
          <w:color w:val="FF4F9A"/>
          <w:sz w:val="19"/>
        </w:rPr>
        <w:t xml:space="preserve">Directions: </w:t>
      </w:r>
      <w:r>
        <w:rPr>
          <w:rFonts w:ascii="Arial" w:hAnsi="Arial" w:eastAsia="Microsoft JhengHei"/>
          <w:b w:val="0"/>
          <w:color w:val="17324D"/>
          <w:sz w:val="19"/>
        </w:rPr>
        <w:t xml:space="preserve">Give one suggestion and one reason. </w:t>
      </w:r>
      <w:r>
        <w:rPr>
          <w:rFonts w:ascii="Arial" w:hAnsi="Arial" w:eastAsia="Microsoft JhengHei"/>
          <w:b w:val="0"/>
          <w:color w:val="526879"/>
          <w:sz w:val="19"/>
        </w:rPr>
        <w:t>給 Ela 一個健康建議，並說明理由。</w:t>
      </w:r>
    </w:p>
    <w:tbl>
      <w:tblPr>
        <w:tblW w:type="dxa" w:w="10318"/>
        <w:jc w:val="center"/>
        <w:tblLayout w:type="fixed"/>
        <w:tblLook w:firstColumn="1" w:firstRow="1" w:lastColumn="0" w:lastRow="0" w:noHBand="0" w:noVBand="1" w:val="04A0"/>
        <w:tblInd w:w="0" w:type="dxa"/>
      </w:tblPr>
      <w:tblGrid>
        <w:gridCol w:w="10318"/>
      </w:tblGrid>
      <w:tr>
        <w:tc>
          <w:tcPr>
            <w:tcW w:type="dxa" w:w="10318"/>
            <w:shd w:fill="E9F9EF"/>
            <w:tcMar>
              <w:top w:w="90" w:type="dxa"/>
              <w:start w:w="140" w:type="dxa"/>
              <w:bottom w:w="90" w:type="dxa"/>
              <w:end w:w="140" w:type="dxa"/>
            </w:tcMar>
          </w:tcPr>
          <w:p>
            <w:pPr>
              <w:spacing w:after="0"/>
            </w:pPr>
            <w:r>
              <w:rPr>
                <w:rFonts w:ascii="Arial" w:hAnsi="Arial" w:eastAsia="Microsoft JhengHei"/>
                <w:b/>
                <w:color w:val="17324D"/>
                <w:sz w:val="19"/>
              </w:rPr>
              <w:t>句型鷹架：You should __________ because __________.</w:t>
              <w:br/>
              <w:t>延伸：Instead of __________, you can __________.</w:t>
            </w:r>
          </w:p>
        </w:tc>
      </w:tr>
    </w:tbl>
    <w:p>
      <w:pPr>
        <w:spacing w:after="0"/>
      </w:pPr>
    </w:p>
    <w:p>
      <w:r>
        <w:rPr>
          <w:rFonts w:ascii="Arial" w:hAnsi="Arial" w:eastAsia="Microsoft JhengHei"/>
          <w:b w:val="0"/>
          <w:color w:val="526879"/>
          <w:sz w:val="19"/>
        </w:rPr>
        <w:t>My tip: __________________________________________________________________</w:t>
      </w:r>
    </w:p>
    <w:tbl>
      <w:tblPr>
        <w:tblW w:type="dxa" w:w="10318"/>
        <w:jc w:val="center"/>
        <w:tblLayout w:type="fixed"/>
        <w:tblLook w:firstColumn="1" w:firstRow="1" w:lastColumn="0" w:lastRow="0" w:noHBand="0" w:noVBand="1" w:val="04A0"/>
        <w:tblInd w:w="0" w:type="dxa"/>
      </w:tblPr>
      <w:tblGrid>
        <w:gridCol w:w="8391"/>
        <w:gridCol w:w="1928"/>
      </w:tblGrid>
      <w:tr>
        <w:tc>
          <w:tcPr>
            <w:tcW w:type="dxa" w:w="8391"/>
            <w:shd w:fill="7C4DFF"/>
            <w:tcMar>
              <w:top w:w="75" w:type="dxa"/>
              <w:start w:w="120" w:type="dxa"/>
              <w:bottom w:w="75" w:type="dxa"/>
              <w:end w:w="120" w:type="dxa"/>
            </w:tcMar>
            <w:vAlign w:val="center"/>
          </w:tcPr>
          <w:p>
            <w:r>
              <w:rPr>
                <w:rFonts w:ascii="Arial" w:hAnsi="Arial" w:eastAsia="Microsoft JhengHei"/>
                <w:b/>
                <w:color w:val="FFFFFF"/>
                <w:sz w:val="24"/>
              </w:rPr>
              <w:t>回饋. Two Stars and a Wish</w:t>
            </w:r>
          </w:p>
        </w:tc>
        <w:tc>
          <w:tcPr>
            <w:tcW w:type="dxa" w:w="1928"/>
            <w:shd w:fill="7C4DFF"/>
            <w:tcMar>
              <w:top w:w="75" w:type="dxa"/>
              <w:start w:w="120" w:type="dxa"/>
              <w:bottom w:w="75" w:type="dxa"/>
              <w:end w:w="120" w:type="dxa"/>
            </w:tcMar>
            <w:vAlign w:val="center"/>
          </w:tcPr>
          <w:p>
            <w:pPr>
              <w:jc w:val="right"/>
            </w:pPr>
            <w:r>
              <w:rPr>
                <w:rFonts w:ascii="Arial" w:hAnsi="Arial" w:eastAsia="Microsoft JhengHei"/>
                <w:b/>
                <w:color w:val="FFFFFF"/>
                <w:sz w:val="21"/>
              </w:rPr>
              <w:t>自評／互評</w:t>
            </w:r>
          </w:p>
        </w:tc>
      </w:tr>
    </w:tbl>
    <w:p>
      <w:pPr>
        <w:spacing w:after="0"/>
      </w:pPr>
    </w:p>
    <w:p>
      <w:r>
        <w:rPr>
          <w:rFonts w:ascii="Arial" w:hAnsi="Arial" w:eastAsia="Microsoft JhengHei"/>
          <w:b w:val="0"/>
          <w:color w:val="17324D"/>
          <w:sz w:val="18"/>
        </w:rPr>
        <w:t>⭐ I like your ____________________　⭐ You did well on ____________________</w:t>
      </w:r>
    </w:p>
    <w:p>
      <w:r>
        <w:rPr>
          <w:rFonts w:ascii="Arial" w:hAnsi="Arial" w:eastAsia="Microsoft JhengHei"/>
          <w:b w:val="0"/>
          <w:color w:val="17324D"/>
          <w:sz w:val="18"/>
        </w:rPr>
        <w:t>🌠 Maybe next time you can ________________________________________________</w:t>
      </w:r>
    </w:p>
    <w:p>
      <w:r>
        <w:rPr>
          <w:rFonts w:ascii="Arial" w:hAnsi="Arial" w:eastAsia="Microsoft JhengHei"/>
          <w:b/>
          <w:color w:val="FF4F9A"/>
          <w:sz w:val="18"/>
        </w:rPr>
        <w:t>自我檢查：圈題幹關鍵字 □　回文找證據 □　使用完整英文句 □</w:t>
      </w:r>
    </w:p>
    <w:sectPr w:rsidR="00FC693F" w:rsidRPr="0006063C" w:rsidSect="00034616">
      <w:headerReference w:type="default" r:id="rId9"/>
      <w:footerReference w:type="default" r:id="rId10"/>
      <w:pgSz w:w="11906" w:h="16838"/>
      <w:pgMar w:top="652" w:right="709" w:bottom="652" w:left="709" w:header="283"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Microsoft JhengHei"/>
        <w:b w:val="0"/>
        <w:color w:val="526879"/>
        <w:sz w:val="16"/>
      </w:rPr>
      <w:t>Have You Had Breakfast Yet?｜A2 課文證據與語塊練習</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eastAsia="Microsoft JhengHei"/>
        <w:b/>
        <w:color w:val="526879"/>
        <w:sz w:val="17"/>
      </w:rPr>
      <w:t>115 九上英文 Unit 1｜學生版</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9" w:lineRule="auto"/>
    </w:pPr>
    <w:rPr>
      <w:rFonts w:ascii="Arial" w:hAnsi="Arial" w:eastAsia="Microsoft JhengHe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80" w:after="80"/>
      <w:outlineLvl w:val="0"/>
    </w:pPr>
    <w:rPr>
      <w:rFonts w:asciiTheme="majorHAnsi" w:eastAsiaTheme="majorEastAsia" w:hAnsiTheme="majorHAnsi" w:cstheme="majorBidi" w:ascii="Arial" w:hAnsi="Arial" w:eastAsia="Microsoft JhengHei"/>
      <w:b/>
      <w:bCs/>
      <w:color w:val="17324D"/>
      <w:sz w:val="30"/>
      <w:szCs w:val="28"/>
    </w:rPr>
  </w:style>
  <w:style w:type="paragraph" w:styleId="Heading2">
    <w:name w:val="heading 2"/>
    <w:basedOn w:val="Normal"/>
    <w:next w:val="Normal"/>
    <w:link w:val="Heading2Char"/>
    <w:uiPriority w:val="9"/>
    <w:unhideWhenUsed/>
    <w:qFormat/>
    <w:rsid w:val="00FC693F"/>
    <w:pPr>
      <w:keepNext/>
      <w:keepLines/>
      <w:spacing w:before="80" w:after="80"/>
      <w:outlineLvl w:val="1"/>
    </w:pPr>
    <w:rPr>
      <w:rFonts w:asciiTheme="majorHAnsi" w:eastAsiaTheme="majorEastAsia" w:hAnsiTheme="majorHAnsi" w:cstheme="majorBidi" w:ascii="Arial" w:hAnsi="Arial" w:eastAsia="Microsoft JhengHei"/>
      <w:b/>
      <w:bCs/>
      <w:color w:val="2878FF"/>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115 九上第一課 A2 學生版學習單</dc:title>
  <dc:subject>Unit 1 A2 四頁課堂學習單</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